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89"/>
        <w:gridCol w:w="4989"/>
      </w:tblGrid>
      <w:tr>
        <w:tc>
          <w:tcPr>
            <w:tcW w:type="dxa" w:w="4989"/>
          </w:tcPr>
          <w:p>
            <w:r>
              <w:rPr>
                <w:b/>
                <w:color w:val="111827"/>
                <w:sz w:val="34"/>
                <w:szCs w:val="34"/>
              </w:rPr>
              <w:t>ใบสำคัญจ่าย</w:t>
            </w:r>
          </w:p>
          <w:p>
            <w:r>
              <w:rPr>
                <w:b w:val="0"/>
                <w:color w:val="6B7280"/>
                <w:sz w:val="15"/>
                <w:szCs w:val="15"/>
              </w:rPr>
              <w:t>Payment Voucher</w:t>
            </w:r>
          </w:p>
        </w:tc>
        <w:tc>
          <w:tcPr>
            <w:tcW w:type="dxa" w:w="4989"/>
          </w:tcPr>
          <w:p>
            <w:pPr>
              <w:jc w:val="right"/>
            </w:pPr>
            <w:r>
              <w:rPr>
                <w:b w:val="0"/>
                <w:color w:val="6B7280"/>
                <w:sz w:val="18"/>
                <w:szCs w:val="18"/>
              </w:rPr>
              <w:t xml:space="preserve">เลขที่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  <w:p>
            <w:pPr>
              <w:jc w:val="right"/>
            </w:pPr>
            <w:r>
              <w:rPr>
                <w:b w:val="0"/>
                <w:color w:val="6B7280"/>
                <w:sz w:val="18"/>
                <w:szCs w:val="18"/>
              </w:rPr>
              <w:t xml:space="preserve">วันที่จ่ายเงิน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</w:tc>
      </w:tr>
    </w:tbl>
    <w:p>
      <w:pPr>
        <w:pBdr>
          <w:bottom w:val="single" w:sz="12" w:space="1" w:color="111827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89"/>
        <w:gridCol w:w="4989"/>
      </w:tblGrid>
      <w:tr>
        <w:tc>
          <w:tcPr>
            <w:tcW w:type="dxa" w:w="4989"/>
          </w:tcPr>
          <w:p>
            <w:r>
              <w:rPr>
                <w:b/>
                <w:color w:val="6B7280"/>
                <w:sz w:val="15"/>
                <w:szCs w:val="15"/>
              </w:rPr>
              <w:t>ข้อมูลผู้จ่ายเงิน (กิจการ)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ชื่อกิจการ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ที่อยู่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เลขประจำตัวผู้เสียภาษี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</w:tc>
        <w:tc>
          <w:tcPr>
            <w:tcW w:type="dxa" w:w="4989"/>
          </w:tcPr>
          <w:p>
            <w:r>
              <w:rPr>
                <w:b/>
                <w:color w:val="6B7280"/>
                <w:sz w:val="15"/>
                <w:szCs w:val="15"/>
              </w:rPr>
              <w:t>ข้อมูลผู้รับเงิน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ชื่อ นามสกุล ผู้รับเงิน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ที่อยู่ผู้รับเงิน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  <w:p>
            <w:r>
              <w:rPr>
                <w:b w:val="0"/>
                <w:color w:val="6B7280"/>
                <w:sz w:val="18"/>
                <w:szCs w:val="18"/>
              </w:rPr>
              <w:t xml:space="preserve">เลขประจำตัวผู้เสียภาษี หรือ เลขบัตรประจำตัวประชาชน  </w:t>
            </w:r>
            <w:r>
              <w:rPr>
                <w:b w:val="0"/>
                <w:color w:val="9CA3AF"/>
                <w:sz w:val="18"/>
                <w:szCs w:val="18"/>
              </w:rPr>
              <w:t>.................................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c>
          <w:tcPr>
            <w:tcW w:type="dxa" w:w="907"/>
            <w:shd w:val="clear" w:fill="F9FAFB"/>
          </w:tcPr>
          <w:p>
            <w:pPr>
              <w:jc w:val="center"/>
            </w:pPr>
            <w:r>
              <w:rPr>
                <w:b w:val="0"/>
                <w:color w:val="6B7280"/>
                <w:sz w:val="17"/>
                <w:szCs w:val="17"/>
              </w:rPr>
              <w:t>ลำดับ</w:t>
            </w:r>
          </w:p>
        </w:tc>
        <w:tc>
          <w:tcPr>
            <w:tcW w:type="dxa" w:w="6236"/>
            <w:shd w:val="clear" w:fill="F9FAFB"/>
          </w:tcPr>
          <w:p>
            <w:r>
              <w:rPr>
                <w:b w:val="0"/>
                <w:color w:val="6B7280"/>
                <w:sz w:val="17"/>
                <w:szCs w:val="17"/>
              </w:rPr>
              <w:t>รายการ</w:t>
            </w:r>
          </w:p>
        </w:tc>
        <w:tc>
          <w:tcPr>
            <w:tcW w:type="dxa" w:w="2268"/>
            <w:shd w:val="clear" w:fill="F9FAFB"/>
          </w:tcPr>
          <w:p>
            <w:pPr>
              <w:jc w:val="right"/>
            </w:pPr>
            <w:r>
              <w:rPr>
                <w:b w:val="0"/>
                <w:color w:val="6B7280"/>
                <w:sz w:val="17"/>
                <w:szCs w:val="17"/>
              </w:rPr>
              <w:t>จำนวนเงิน (บาท)</w:t>
            </w:r>
          </w:p>
        </w:tc>
      </w:tr>
      <w:tr>
        <w:tc>
          <w:tcPr>
            <w:tcW w:type="dxa" w:w="907"/>
          </w:tcPr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1</w:t>
            </w:r>
          </w:p>
        </w:tc>
        <w:tc>
          <w:tcPr>
            <w:tcW w:type="dxa" w:w="6236"/>
          </w:tcPr>
          <w:p>
            <w:r/>
          </w:p>
        </w:tc>
        <w:tc>
          <w:tcPr>
            <w:tcW w:type="dxa" w:w="2268"/>
          </w:tcPr>
          <w:p/>
        </w:tc>
      </w:tr>
      <w:tr>
        <w:tc>
          <w:tcPr>
            <w:tcW w:type="dxa" w:w="907"/>
          </w:tcPr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2</w:t>
            </w:r>
          </w:p>
        </w:tc>
        <w:tc>
          <w:tcPr>
            <w:tcW w:type="dxa" w:w="6236"/>
          </w:tcPr>
          <w:p>
            <w:r/>
          </w:p>
        </w:tc>
        <w:tc>
          <w:tcPr>
            <w:tcW w:type="dxa" w:w="2268"/>
          </w:tcPr>
          <w:p/>
        </w:tc>
      </w:tr>
      <w:tr>
        <w:tc>
          <w:tcPr>
            <w:tcW w:type="dxa" w:w="907"/>
          </w:tcPr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3</w:t>
            </w:r>
          </w:p>
        </w:tc>
        <w:tc>
          <w:tcPr>
            <w:tcW w:type="dxa" w:w="6236"/>
          </w:tcPr>
          <w:p>
            <w:r/>
          </w:p>
        </w:tc>
        <w:tc>
          <w:tcPr>
            <w:tcW w:type="dxa" w:w="2268"/>
          </w:tcPr>
          <w:p/>
        </w:tc>
      </w:tr>
      <w:tr>
        <w:tc>
          <w:tcPr>
            <w:tcW w:type="dxa" w:w="907"/>
          </w:tcPr>
          <w:p>
            <w:pPr>
              <w:jc w:val="center"/>
            </w:pPr>
            <w:r>
              <w:rPr>
                <w:b w:val="0"/>
                <w:color w:val="9CA3AF"/>
                <w:sz w:val="18"/>
                <w:szCs w:val="18"/>
              </w:rPr>
              <w:t>4</w:t>
            </w:r>
          </w:p>
        </w:tc>
        <w:tc>
          <w:tcPr>
            <w:tcW w:type="dxa" w:w="6236"/>
          </w:tcPr>
          <w:p>
            <w:r/>
          </w:p>
        </w:tc>
        <w:tc>
          <w:tcPr>
            <w:tcW w:type="dxa" w:w="2268"/>
          </w:tcPr>
          <w:p/>
        </w:tc>
      </w:tr>
      <w:tr>
        <w:tc>
          <w:tcPr>
            <w:tcW w:type="dxa" w:w="6236"/>
            <w:gridSpan w:val="2"/>
            <w:shd w:val="clear" w:fill="F9FAFB"/>
          </w:tcPr>
          <w:p>
            <w:r>
              <w:rPr>
                <w:b/>
                <w:color w:val="111827"/>
                <w:sz w:val="18"/>
                <w:szCs w:val="18"/>
              </w:rPr>
              <w:t>รวมเป็นเงิน</w:t>
            </w:r>
          </w:p>
        </w:tc>
        <w:tc>
          <w:tcPr>
            <w:tcW w:type="dxa" w:w="2268"/>
            <w:shd w:val="clear" w:fill="F9FAFB"/>
          </w:tcPr>
          <w:p/>
        </w:tc>
      </w:tr>
    </w:tbl>
    <w:p>
      <w:r>
        <w:rPr>
          <w:b w:val="0"/>
          <w:color w:val="6B7280"/>
          <w:sz w:val="18"/>
          <w:szCs w:val="18"/>
        </w:rPr>
        <w:t xml:space="preserve">จำนวนเงิน (ตัวอักษร)   </w:t>
      </w:r>
      <w:r>
        <w:rPr>
          <w:b w:val="0"/>
          <w:color w:val="9CA3AF"/>
          <w:sz w:val="18"/>
          <w:szCs w:val="18"/>
        </w:rPr>
        <w:t>..................................................................</w:t>
      </w:r>
    </w:p>
    <w:p>
      <w:r>
        <w:rPr>
          <w:b w:val="0"/>
          <w:color w:val="6B7280"/>
          <w:sz w:val="18"/>
          <w:szCs w:val="18"/>
        </w:rPr>
        <w:t xml:space="preserve">วิธีการจ่ายเงิน  </w:t>
      </w:r>
      <w:r>
        <w:rPr>
          <w:b w:val="0"/>
          <w:color w:val="111827"/>
          <w:sz w:val="18"/>
          <w:szCs w:val="18"/>
        </w:rPr>
        <w:t>(     ) เงินสด          (     ) เช็ค          (     ) โอนเงิน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3326"/>
        <w:gridCol w:w="3326"/>
        <w:gridCol w:w="3326"/>
      </w:tblGrid>
      <w:tr>
        <w:tc>
          <w:tcPr>
            <w:tcW w:type="dxa" w:w="3326"/>
          </w:tcPr>
          <w:p>
            <w:r>
              <w:rPr>
                <w:b w:val="0"/>
                <w:color w:val="6B7280"/>
                <w:sz w:val="17"/>
                <w:szCs w:val="17"/>
              </w:rPr>
              <w:t xml:space="preserve">ธนาคาร  </w:t>
            </w:r>
            <w:r>
              <w:rPr>
                <w:b w:val="0"/>
                <w:color w:val="9CA3AF"/>
                <w:sz w:val="17"/>
                <w:szCs w:val="17"/>
              </w:rPr>
              <w:t>.................................</w:t>
            </w:r>
          </w:p>
        </w:tc>
        <w:tc>
          <w:tcPr>
            <w:tcW w:type="dxa" w:w="3326"/>
          </w:tcPr>
          <w:p>
            <w:r>
              <w:rPr>
                <w:b w:val="0"/>
                <w:color w:val="6B7280"/>
                <w:sz w:val="17"/>
                <w:szCs w:val="17"/>
              </w:rPr>
              <w:t xml:space="preserve">เลขที่เช็ค  </w:t>
            </w:r>
            <w:r>
              <w:rPr>
                <w:b w:val="0"/>
                <w:color w:val="9CA3AF"/>
                <w:sz w:val="17"/>
                <w:szCs w:val="17"/>
              </w:rPr>
              <w:t>.................................</w:t>
            </w:r>
          </w:p>
        </w:tc>
        <w:tc>
          <w:tcPr>
            <w:tcW w:type="dxa" w:w="3326"/>
          </w:tcPr>
          <w:p>
            <w:r>
              <w:rPr>
                <w:b w:val="0"/>
                <w:color w:val="6B7280"/>
                <w:sz w:val="17"/>
                <w:szCs w:val="17"/>
              </w:rPr>
              <w:t xml:space="preserve">วันที่บนเช็ค  </w:t>
            </w:r>
            <w:r>
              <w:rPr>
                <w:b w:val="0"/>
                <w:color w:val="9CA3AF"/>
                <w:sz w:val="17"/>
                <w:szCs w:val="17"/>
              </w:rPr>
              <w:t>.................................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978"/>
          </w:tcPr>
          <w:p>
            <w:r>
              <w:rPr>
                <w:b/>
                <w:color w:val="111827"/>
                <w:sz w:val="17"/>
                <w:szCs w:val="17"/>
              </w:rPr>
              <w:t>ภาษีหัก ณ ที่จ่าย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 w:sz="0"/>
                <w:left w:val="none" w:sz="0"/>
                <w:bottom w:val="none" w:sz="0"/>
                <w:right w:val="none" w:sz="0"/>
                <w:insideH w:val="none" w:sz="0"/>
                <w:insideV w:val="none" w:sz="0"/>
              </w:tblBorders>
            </w:tblPr>
            <w:tblGrid>
              <w:gridCol w:w="4989"/>
              <w:gridCol w:w="4989"/>
            </w:tblGrid>
            <w:tr>
              <w:tc>
                <w:tcPr>
                  <w:tcW w:type="dxa" w:w="4989"/>
                </w:tcPr>
                <w:p>
                  <w:r>
                    <w:rPr>
                      <w:b w:val="0"/>
                      <w:color w:val="6B7280"/>
                      <w:sz w:val="17"/>
                      <w:szCs w:val="17"/>
                    </w:rPr>
                    <w:t xml:space="preserve">ประเภทเงินได้  </w:t>
                  </w:r>
                  <w:r>
                    <w:rPr>
                      <w:b w:val="0"/>
                      <w:color w:val="9CA3AF"/>
                      <w:sz w:val="17"/>
                      <w:szCs w:val="17"/>
                    </w:rPr>
                    <w:t>.................................</w:t>
                  </w:r>
                </w:p>
              </w:tc>
              <w:tc>
                <w:tcPr>
                  <w:tcW w:type="dxa" w:w="4989"/>
                </w:tcPr>
                <w:p>
                  <w:r>
                    <w:rPr>
                      <w:b w:val="0"/>
                      <w:color w:val="6B7280"/>
                      <w:sz w:val="17"/>
                      <w:szCs w:val="17"/>
                    </w:rPr>
                    <w:t xml:space="preserve">อัตรา  </w:t>
                  </w:r>
                  <w:r>
                    <w:rPr>
                      <w:b w:val="0"/>
                      <w:color w:val="9CA3AF"/>
                      <w:sz w:val="17"/>
                      <w:szCs w:val="17"/>
                    </w:rPr>
                    <w:t>.................................</w:t>
                  </w:r>
                </w:p>
              </w:tc>
            </w:tr>
            <w:tr>
              <w:tc>
                <w:tcPr>
                  <w:tcW w:type="dxa" w:w="4989"/>
                </w:tcPr>
                <w:p>
                  <w:r>
                    <w:rPr>
                      <w:b w:val="0"/>
                      <w:color w:val="6B7280"/>
                      <w:sz w:val="17"/>
                      <w:szCs w:val="17"/>
                    </w:rPr>
                    <w:t xml:space="preserve">จำนวนภาษีที่หัก  </w:t>
                  </w:r>
                  <w:r>
                    <w:rPr>
                      <w:b w:val="0"/>
                      <w:color w:val="9CA3AF"/>
                      <w:sz w:val="17"/>
                      <w:szCs w:val="17"/>
                    </w:rPr>
                    <w:t>.................................</w:t>
                  </w:r>
                </w:p>
              </w:tc>
              <w:tc>
                <w:tcPr>
                  <w:tcW w:type="dxa" w:w="4989"/>
                </w:tcPr>
                <w:p>
                  <w:r>
                    <w:rPr>
                      <w:b w:val="0"/>
                      <w:color w:val="6B7280"/>
                      <w:sz w:val="17"/>
                      <w:szCs w:val="17"/>
                    </w:rPr>
                    <w:t xml:space="preserve">ยอดจ่ายสุทธิ  </w:t>
                  </w:r>
                  <w:r>
                    <w:rPr>
                      <w:b w:val="0"/>
                      <w:color w:val="9CA3AF"/>
                      <w:sz w:val="17"/>
                      <w:szCs w:val="17"/>
                    </w:rPr>
                    <w:t>.................................</w:t>
                  </w:r>
                </w:p>
              </w:tc>
            </w:tr>
          </w:tbl>
          <w:p/>
        </w:tc>
      </w:tr>
    </w:tbl>
    <w:p/>
    <w:p/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3326"/>
        <w:gridCol w:w="3326"/>
        <w:gridCol w:w="3326"/>
      </w:tblGrid>
      <w:tr>
        <w:tc>
          <w:tcPr>
            <w:tcW w:type="dxa" w:w="3326"/>
          </w:tcPr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..............................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(                              )</w:t>
            </w:r>
          </w:p>
          <w:p>
            <w:pPr>
              <w:jc w:val="center"/>
            </w:pPr>
            <w:r>
              <w:rPr>
                <w:b w:val="0"/>
                <w:color w:val="111827"/>
                <w:sz w:val="17"/>
                <w:szCs w:val="17"/>
              </w:rPr>
              <w:t>ลงชื่อ ผู้รับเงิน</w:t>
            </w:r>
          </w:p>
        </w:tc>
        <w:tc>
          <w:tcPr>
            <w:tcW w:type="dxa" w:w="3326"/>
          </w:tcPr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..............................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(                              )</w:t>
            </w:r>
          </w:p>
          <w:p>
            <w:pPr>
              <w:jc w:val="center"/>
            </w:pPr>
            <w:r>
              <w:rPr>
                <w:b w:val="0"/>
                <w:color w:val="111827"/>
                <w:sz w:val="17"/>
                <w:szCs w:val="17"/>
              </w:rPr>
              <w:t>ลงชื่อ ผู้จ่ายเงิน</w:t>
            </w:r>
          </w:p>
        </w:tc>
        <w:tc>
          <w:tcPr>
            <w:tcW w:type="dxa" w:w="3326"/>
          </w:tcPr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..............................</w:t>
            </w:r>
          </w:p>
          <w:p>
            <w:pPr>
              <w:jc w:val="center"/>
            </w:pPr>
            <w:r>
              <w:rPr>
                <w:b w:val="0"/>
                <w:color w:val="9CA3AF"/>
                <w:sz w:val="17"/>
                <w:szCs w:val="17"/>
              </w:rPr>
              <w:t>(                              )</w:t>
            </w:r>
          </w:p>
          <w:p>
            <w:pPr>
              <w:jc w:val="center"/>
            </w:pPr>
            <w:r>
              <w:rPr>
                <w:b w:val="0"/>
                <w:color w:val="111827"/>
                <w:sz w:val="17"/>
                <w:szCs w:val="17"/>
              </w:rPr>
              <w:t>ลงชื่อ ผู้อนุมัติ</w:t>
            </w:r>
          </w:p>
          <w:p>
            <w:pPr>
              <w:jc w:val="center"/>
            </w:pPr>
            <w:r>
              <w:rPr>
                <w:b w:val="0"/>
                <w:color w:val="6B7280"/>
                <w:sz w:val="14"/>
                <w:szCs w:val="14"/>
              </w:rPr>
              <w:t>ผู้มีอำนาจอนุมัติจ่ายเท่านั้น</w:t>
            </w:r>
          </w:p>
        </w:tc>
      </w:tr>
    </w:tbl>
    <w:p>
      <w:r>
        <w:rPr>
          <w:b w:val="0"/>
          <w:color w:val="6B7280"/>
          <w:sz w:val="15"/>
          <w:szCs w:val="15"/>
        </w:rPr>
        <w:t>ใบสำคัญจ่ายต้องมีลายมือชื่อผู้รับเงินจริง โปรดพิมพ์เอกสารและให้ผู้รับเงินลงลายมือชื่อ</w:t>
      </w:r>
    </w:p>
    <w:sectPr w:rsidR="00FC693F" w:rsidRPr="0006063C" w:rsidSect="00034616">
      <w:pgSz w:w="11906" w:h="16838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Tahoma" w:hAnsi="Tahoma" w:cs="Tahoma" w:eastAsia="Tahoma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