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827"/>
          <w:sz w:val="32"/>
          <w:szCs w:val="32"/>
        </w:rPr>
        <w:t>ใบกำกับภาษีอย่างย่อ</w:t>
      </w:r>
    </w:p>
    <w:p>
      <w:pPr>
        <w:jc w:val="center"/>
      </w:pPr>
      <w:r>
        <w:rPr>
          <w:b w:val="0"/>
          <w:color w:val="6B7280"/>
          <w:sz w:val="22"/>
          <w:szCs w:val="22"/>
        </w:rPr>
        <w:t>Abbreviated Tax Invoice</w:t>
      </w:r>
    </w:p>
    <w:p>
      <w:pPr>
        <w:pBdr>
          <w:bottom w:val="single" w:sz="8" w:space="1" w:color="111827"/>
        </w:pBdr>
      </w:pPr>
    </w:p>
    <w:p>
      <w:pPr>
        <w:jc w:val="right"/>
      </w:pPr>
      <w:r>
        <w:rPr>
          <w:b w:val="0"/>
          <w:color w:val="111827"/>
          <w:sz w:val="18"/>
          <w:szCs w:val="18"/>
        </w:rPr>
        <w:t xml:space="preserve">□ ต้นฉบับ / Original   </w:t>
      </w:r>
      <w:r>
        <w:rPr>
          <w:b w:val="0"/>
          <w:color w:val="111827"/>
          <w:sz w:val="18"/>
          <w:szCs w:val="18"/>
        </w:rPr>
        <w:t>□ สำเนา / Copy</w:t>
      </w:r>
    </w:p>
    <w:p>
      <w:pPr>
        <w:jc w:val="right"/>
      </w:pPr>
      <w:r>
        <w:rPr>
          <w:b w:val="0"/>
          <w:color w:val="6B7280"/>
          <w:sz w:val="18"/>
          <w:szCs w:val="18"/>
        </w:rPr>
        <w:t xml:space="preserve">เลขที่ / No.  </w:t>
      </w:r>
      <w:r>
        <w:rPr>
          <w:b w:val="0"/>
          <w:color w:val="9CA3AF"/>
          <w:sz w:val="18"/>
          <w:szCs w:val="18"/>
        </w:rPr>
        <w:t>......................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วันที่ / Date  </w:t>
      </w:r>
      <w:r>
        <w:rPr>
          <w:b w:val="0"/>
          <w:color w:val="9CA3AF"/>
          <w:sz w:val="18"/>
          <w:szCs w:val="18"/>
        </w:rPr>
        <w:t>......................</w:t>
      </w:r>
    </w:p>
    <w:p>
      <w:pPr>
        <w:spacing w:before="160"/>
      </w:pPr>
      <w:r>
        <w:rPr>
          <w:b/>
          <w:color w:val="6B7280"/>
          <w:sz w:val="18"/>
          <w:szCs w:val="18"/>
        </w:rPr>
        <w:t>ผู้ออกเอกสาร / From</w:t>
      </w:r>
    </w:p>
    <w:p>
      <w:r>
        <w:rPr>
          <w:b w:val="0"/>
          <w:color w:val="6B7280"/>
          <w:sz w:val="18"/>
          <w:szCs w:val="18"/>
        </w:rPr>
        <w:t xml:space="preserve">ชื่อกิจการ  </w:t>
      </w:r>
      <w:r>
        <w:rPr>
          <w:b w:val="0"/>
          <w:color w:val="9CA3AF"/>
          <w:sz w:val="18"/>
          <w:szCs w:val="18"/>
        </w:rPr>
        <w:t>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ที่อยู่  </w:t>
      </w:r>
      <w:r>
        <w:rPr>
          <w:b w:val="0"/>
          <w:color w:val="9CA3AF"/>
          <w:sz w:val="18"/>
          <w:szCs w:val="18"/>
        </w:rPr>
        <w:t>........................................................................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เลขประจำตัวผู้เสียภาษี / Tax ID  </w:t>
      </w:r>
      <w:r>
        <w:rPr>
          <w:b w:val="0"/>
          <w:color w:val="9CA3AF"/>
          <w:sz w:val="18"/>
          <w:szCs w:val="18"/>
        </w:rPr>
        <w:t>..............................</w:t>
      </w:r>
    </w:p>
    <w:p>
      <w:r>
        <w:rPr>
          <w:b w:val="0"/>
          <w:color w:val="111827"/>
          <w:sz w:val="18"/>
          <w:szCs w:val="18"/>
        </w:rPr>
        <w:t xml:space="preserve">□ สำนักงานใหญ่ / Head Office   </w:t>
      </w:r>
      <w:r>
        <w:rPr>
          <w:b w:val="0"/>
          <w:color w:val="111827"/>
          <w:sz w:val="18"/>
          <w:szCs w:val="18"/>
        </w:rPr>
        <w:t xml:space="preserve">□ สาขาที่ / Branch No.  </w:t>
      </w:r>
      <w:r>
        <w:rPr>
          <w:b w:val="0"/>
          <w:color w:val="9CA3AF"/>
          <w:sz w:val="18"/>
          <w:szCs w:val="18"/>
        </w:rPr>
        <w:t>..................</w:t>
      </w:r>
    </w:p>
    <w:p>
      <w:r>
        <w:rPr>
          <w:b w:val="0"/>
          <w:color w:val="6B7280"/>
          <w:sz w:val="18"/>
          <w:szCs w:val="18"/>
        </w:rPr>
        <w:t xml:space="preserve">โทร / Tel  </w:t>
      </w:r>
      <w:r>
        <w:rPr>
          <w:b w:val="0"/>
          <w:color w:val="9CA3AF"/>
          <w:sz w:val="18"/>
          <w:szCs w:val="18"/>
        </w:rPr>
        <w:t>............................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737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3685"/>
            <w:shd w:val="clear" w:fill="F2F2F2"/>
          </w:tcPr>
          <w:p>
            <w:r>
              <w:rPr>
                <w:b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1134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</w:t>
            </w:r>
          </w:p>
        </w:tc>
        <w:tc>
          <w:tcPr>
            <w:tcW w:type="dxa" w:w="1134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7"/>
                <w:szCs w:val="17"/>
              </w:rPr>
              <w:t>หน่วย</w:t>
            </w:r>
          </w:p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ราคา/หน่วย</w:t>
            </w:r>
          </w:p>
        </w:tc>
        <w:tc>
          <w:tcPr>
            <w:tcW w:type="dxa" w:w="1701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7"/>
                <w:szCs w:val="17"/>
              </w:rPr>
              <w:t>จำนวนเงิน</w:t>
            </w: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rPr>
          <w:trHeight w:val="482" w:hRule="atLeast"/>
        </w:trPr>
        <w:tc>
          <w:tcPr>
            <w:tcW w:type="dxa" w:w="737"/>
          </w:tcPr>
          <w:p>
            <w:pPr>
              <w:spacing w:before="40" w:after="40"/>
            </w:pPr>
          </w:p>
        </w:tc>
        <w:tc>
          <w:tcPr>
            <w:tcW w:type="dxa" w:w="3685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134"/>
          </w:tcPr>
          <w:p>
            <w:pPr>
              <w:spacing w:before="40" w:after="40"/>
            </w:pPr>
          </w:p>
        </w:tc>
        <w:tc>
          <w:tcPr>
            <w:tcW w:type="dxa" w:w="1587"/>
          </w:tcPr>
          <w:p>
            <w:pPr>
              <w:spacing w:before="40" w:after="40"/>
            </w:pPr>
          </w:p>
        </w:tc>
        <w:tc>
          <w:tcPr>
            <w:tcW w:type="dxa" w:w="1701"/>
          </w:tcPr>
          <w:p>
            <w:pPr>
              <w:spacing w:before="40" w:after="40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  <w:t>รวมเป็นเงิน / Subtotal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  <w:t>ส่วนลด / Discount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  <w:tr>
        <w:tc>
          <w:tcPr>
            <w:tcW w:type="dxa" w:w="737"/>
            <w:shd w:val="clear" w:fill="F2F2F2"/>
          </w:tcPr>
          <w:p/>
        </w:tc>
        <w:tc>
          <w:tcPr>
            <w:tcW w:type="dxa" w:w="3685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134"/>
            <w:shd w:val="clear" w:fill="F2F2F2"/>
          </w:tcPr>
          <w:p/>
        </w:tc>
        <w:tc>
          <w:tcPr>
            <w:tcW w:type="dxa" w:w="1587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8"/>
                <w:szCs w:val="18"/>
              </w:rPr>
              <w:t>จำนวนเงินรวมทั้งสิ้น (รวม VAT) / Grand Total (VAT Incl.)</w:t>
            </w:r>
          </w:p>
        </w:tc>
        <w:tc>
          <w:tcPr>
            <w:tcW w:type="dxa" w:w="1701"/>
          </w:tcPr>
          <w:p>
            <w:pPr>
              <w:jc w:val="right"/>
            </w:pPr>
          </w:p>
        </w:tc>
      </w:tr>
    </w:tbl>
    <w:p>
      <w:pPr>
        <w:spacing w:before="80"/>
      </w:pPr>
      <w:r>
        <w:rPr>
          <w:b w:val="0"/>
          <w:color w:val="6B7280"/>
          <w:sz w:val="18"/>
          <w:szCs w:val="18"/>
        </w:rPr>
        <w:t xml:space="preserve">จำนวนเงิน (ตัวอักษร)  </w:t>
      </w:r>
      <w:r>
        <w:rPr>
          <w:b w:val="0"/>
          <w:color w:val="9CA3AF"/>
          <w:sz w:val="18"/>
          <w:szCs w:val="18"/>
        </w:rPr>
        <w:t>.......................................................</w:t>
      </w:r>
    </w:p>
    <w:p>
      <w:pPr>
        <w:spacing w:before="120"/>
      </w:pPr>
      <w:r>
        <w:rPr>
          <w:b w:val="0"/>
          <w:color w:val="6B7280"/>
          <w:sz w:val="18"/>
          <w:szCs w:val="18"/>
        </w:rPr>
        <w:t xml:space="preserve">ธนาคาร / Bank  </w:t>
      </w:r>
      <w:r>
        <w:rPr>
          <w:b w:val="0"/>
          <w:color w:val="9CA3AF"/>
          <w:sz w:val="18"/>
          <w:szCs w:val="18"/>
        </w:rPr>
        <w:t>....................</w:t>
      </w:r>
      <w:r>
        <w:rPr>
          <w:b w:val="0"/>
          <w:color w:val="111827"/>
          <w:sz w:val="18"/>
          <w:szCs w:val="18"/>
        </w:rPr>
        <w:t xml:space="preserve">    </w:t>
      </w:r>
      <w:r>
        <w:rPr>
          <w:b w:val="0"/>
          <w:color w:val="6B7280"/>
          <w:sz w:val="18"/>
          <w:szCs w:val="18"/>
        </w:rPr>
        <w:t xml:space="preserve">ชื่อบัญชี / Account Name  </w:t>
      </w:r>
      <w:r>
        <w:rPr>
          <w:b w:val="0"/>
          <w:color w:val="9CA3AF"/>
          <w:sz w:val="18"/>
          <w:szCs w:val="18"/>
        </w:rPr>
        <w:t>....................</w:t>
      </w:r>
    </w:p>
    <w:p>
      <w:r>
        <w:rPr>
          <w:b w:val="0"/>
          <w:color w:val="6B7280"/>
          <w:sz w:val="18"/>
          <w:szCs w:val="18"/>
        </w:rPr>
        <w:t xml:space="preserve">เลขบัญชี / Account No.  </w:t>
      </w:r>
      <w:r>
        <w:rPr>
          <w:b w:val="0"/>
          <w:color w:val="9CA3AF"/>
          <w:sz w:val="18"/>
          <w:szCs w:val="18"/>
        </w:rPr>
        <w:t>............................</w:t>
      </w:r>
    </w:p>
    <w:p>
      <w:r>
        <w:rPr>
          <w:b w:val="0"/>
          <w:color w:val="6B7280"/>
          <w:sz w:val="18"/>
          <w:szCs w:val="18"/>
        </w:rPr>
        <w:t xml:space="preserve">หมายเหตุ / Remarks  </w:t>
      </w:r>
      <w:r>
        <w:rPr>
          <w:b w:val="0"/>
          <w:color w:val="9CA3AF"/>
          <w:sz w:val="18"/>
          <w:szCs w:val="18"/>
        </w:rPr>
        <w:t>............................................................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pPr>
              <w:spacing w:before="320"/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  <w:t>ผู้จัดทำ / Prepared by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/ Date  ......................</w:t>
            </w:r>
          </w:p>
        </w:tc>
        <w:tc>
          <w:tcPr>
            <w:tcW w:type="dxa" w:w="4989"/>
          </w:tcPr>
          <w:p>
            <w:pPr>
              <w:spacing w:before="320"/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(ลงชื่อ)  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8"/>
                <w:szCs w:val="18"/>
              </w:rPr>
              <w:t>ผู้อนุมัติ / Approved by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วันที่ / Date  ......................</w:t>
            </w:r>
          </w:p>
        </w:tc>
      </w:tr>
    </w:tbl>
    <w:p>
      <w:pPr>
        <w:spacing w:before="160"/>
      </w:pPr>
      <w:r>
        <w:rPr>
          <w:b w:val="0"/>
          <w:color w:val="6B7280"/>
          <w:sz w:val="14"/>
          <w:szCs w:val="14"/>
        </w:rPr>
        <w:t>จัดทำโดย Simple Balance simplebalance.co.th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