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11827"/>
          <w:sz w:val="32"/>
          <w:szCs w:val="32"/>
        </w:rPr>
        <w:t>ใบส่งของ/ใบแจ้งหนี้</w:t>
      </w:r>
    </w:p>
    <w:p>
      <w:pPr>
        <w:jc w:val="center"/>
      </w:pPr>
      <w:r>
        <w:rPr>
          <w:b w:val="0"/>
          <w:color w:val="6B7280"/>
          <w:sz w:val="22"/>
          <w:szCs w:val="22"/>
        </w:rPr>
        <w:t>Delivery Note / Invoice</w:t>
      </w:r>
    </w:p>
    <w:p>
      <w:pPr>
        <w:pBdr>
          <w:bottom w:val="single" w:sz="8" w:space="1" w:color="111827"/>
        </w:pBdr>
      </w:pPr>
    </w:p>
    <w:p>
      <w:r>
        <w:rPr>
          <w:b w:val="0"/>
          <w:color w:val="6B7280"/>
          <w:sz w:val="18"/>
          <w:szCs w:val="18"/>
        </w:rPr>
        <w:t xml:space="preserve">ชื่อกิจการ  </w:t>
      </w:r>
      <w:r>
        <w:rPr>
          <w:b w:val="0"/>
          <w:color w:val="9CA3AF"/>
          <w:sz w:val="18"/>
          <w:szCs w:val="18"/>
        </w:rPr>
        <w:t>......................................</w:t>
      </w:r>
      <w:r>
        <w:rPr>
          <w:b w:val="0"/>
          <w:color w:val="111827"/>
          <w:sz w:val="18"/>
          <w:szCs w:val="18"/>
        </w:rPr>
        <w:t xml:space="preserve">    </w:t>
      </w:r>
      <w:r>
        <w:rPr>
          <w:b w:val="0"/>
          <w:color w:val="6B7280"/>
          <w:sz w:val="18"/>
          <w:szCs w:val="18"/>
        </w:rPr>
        <w:t xml:space="preserve">เลขประจำตัวผู้เสียภาษี  </w:t>
      </w:r>
      <w:r>
        <w:rPr>
          <w:b w:val="0"/>
          <w:color w:val="9CA3AF"/>
          <w:sz w:val="18"/>
          <w:szCs w:val="18"/>
        </w:rPr>
        <w:t>....................</w:t>
      </w:r>
    </w:p>
    <w:p>
      <w:r>
        <w:rPr>
          <w:b w:val="0"/>
          <w:color w:val="6B7280"/>
          <w:sz w:val="18"/>
          <w:szCs w:val="18"/>
        </w:rPr>
        <w:t xml:space="preserve">ที่อยู่  </w:t>
      </w:r>
      <w:r>
        <w:rPr>
          <w:b w:val="0"/>
          <w:color w:val="9CA3AF"/>
          <w:sz w:val="18"/>
          <w:szCs w:val="18"/>
        </w:rPr>
        <w:t>........................................................................</w:t>
      </w:r>
    </w:p>
    <w:p>
      <w:r>
        <w:rPr>
          <w:b w:val="0"/>
          <w:color w:val="6B7280"/>
          <w:sz w:val="18"/>
          <w:szCs w:val="18"/>
        </w:rPr>
        <w:t xml:space="preserve">โทร  </w:t>
      </w:r>
      <w:r>
        <w:rPr>
          <w:b w:val="0"/>
          <w:color w:val="9CA3AF"/>
          <w:sz w:val="18"/>
          <w:szCs w:val="18"/>
        </w:rPr>
        <w:t>............................</w:t>
      </w:r>
    </w:p>
    <w:p>
      <w:pPr>
        <w:spacing w:before="120"/>
      </w:pPr>
      <w:r>
        <w:rPr>
          <w:b w:val="0"/>
          <w:color w:val="6B7280"/>
          <w:sz w:val="18"/>
          <w:szCs w:val="18"/>
        </w:rPr>
        <w:t xml:space="preserve">ลูกค้า  </w:t>
      </w:r>
      <w:r>
        <w:rPr>
          <w:b w:val="0"/>
          <w:color w:val="9CA3AF"/>
          <w:sz w:val="18"/>
          <w:szCs w:val="18"/>
        </w:rPr>
        <w:t>........................................</w:t>
      </w:r>
      <w:r>
        <w:rPr>
          <w:b w:val="0"/>
          <w:color w:val="111827"/>
          <w:sz w:val="18"/>
          <w:szCs w:val="18"/>
        </w:rPr>
        <w:t xml:space="preserve">    </w:t>
      </w:r>
      <w:r>
        <w:rPr>
          <w:b w:val="0"/>
          <w:color w:val="6B7280"/>
          <w:sz w:val="18"/>
          <w:szCs w:val="18"/>
        </w:rPr>
        <w:t xml:space="preserve">เลขประจำตัวผู้เสียภาษี  </w:t>
      </w:r>
      <w:r>
        <w:rPr>
          <w:b w:val="0"/>
          <w:color w:val="9CA3AF"/>
          <w:sz w:val="18"/>
          <w:szCs w:val="18"/>
        </w:rPr>
        <w:t>....................</w:t>
      </w:r>
    </w:p>
    <w:p>
      <w:r>
        <w:rPr>
          <w:b w:val="0"/>
          <w:color w:val="6B7280"/>
          <w:sz w:val="18"/>
          <w:szCs w:val="18"/>
        </w:rPr>
        <w:t xml:space="preserve">ที่อยู่  </w:t>
      </w:r>
      <w:r>
        <w:rPr>
          <w:b w:val="0"/>
          <w:color w:val="9CA3AF"/>
          <w:sz w:val="18"/>
          <w:szCs w:val="18"/>
        </w:rPr>
        <w:t>........................................................................</w:t>
      </w:r>
    </w:p>
    <w:p>
      <w:pPr>
        <w:spacing w:before="120"/>
      </w:pPr>
      <w:r>
        <w:rPr>
          <w:b w:val="0"/>
          <w:color w:val="6B7280"/>
          <w:sz w:val="18"/>
          <w:szCs w:val="18"/>
        </w:rPr>
        <w:t xml:space="preserve">เลขที่  </w:t>
      </w:r>
      <w:r>
        <w:rPr>
          <w:b w:val="0"/>
          <w:color w:val="9CA3AF"/>
          <w:sz w:val="18"/>
          <w:szCs w:val="18"/>
        </w:rPr>
        <w:t>......................</w:t>
      </w:r>
      <w:r>
        <w:rPr>
          <w:b w:val="0"/>
          <w:color w:val="111827"/>
          <w:sz w:val="18"/>
          <w:szCs w:val="18"/>
        </w:rPr>
        <w:t xml:space="preserve">    </w:t>
      </w:r>
      <w:r>
        <w:rPr>
          <w:b w:val="0"/>
          <w:color w:val="6B7280"/>
          <w:sz w:val="18"/>
          <w:szCs w:val="18"/>
        </w:rPr>
        <w:t xml:space="preserve">วันที่  </w:t>
      </w:r>
      <w:r>
        <w:rPr>
          <w:b w:val="0"/>
          <w:color w:val="9CA3AF"/>
          <w:sz w:val="18"/>
          <w:szCs w:val="18"/>
        </w:rPr>
        <w:t>......................</w:t>
      </w:r>
    </w:p>
    <w:p>
      <w:r>
        <w:rPr>
          <w:b w:val="0"/>
          <w:color w:val="6B7280"/>
          <w:sz w:val="18"/>
          <w:szCs w:val="18"/>
        </w:rPr>
        <w:t xml:space="preserve">เครดิต (วัน)  </w:t>
      </w:r>
      <w:r>
        <w:rPr>
          <w:b w:val="0"/>
          <w:color w:val="9CA3AF"/>
          <w:sz w:val="18"/>
          <w:szCs w:val="18"/>
        </w:rPr>
        <w:t>...............</w:t>
      </w:r>
      <w:r>
        <w:rPr>
          <w:b w:val="0"/>
          <w:color w:val="111827"/>
          <w:sz w:val="18"/>
          <w:szCs w:val="18"/>
        </w:rPr>
        <w:t xml:space="preserve">    </w:t>
      </w:r>
      <w:r>
        <w:rPr>
          <w:b w:val="0"/>
          <w:color w:val="6B7280"/>
          <w:sz w:val="18"/>
          <w:szCs w:val="18"/>
        </w:rPr>
        <w:t xml:space="preserve">วันครบกำหนด  </w:t>
      </w:r>
      <w:r>
        <w:rPr>
          <w:b w:val="0"/>
          <w:color w:val="9CA3AF"/>
          <w:sz w:val="18"/>
          <w:szCs w:val="18"/>
        </w:rPr>
        <w:t>......................</w:t>
      </w:r>
    </w:p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</w:tblPr>
      <w:tblGrid>
        <w:gridCol w:w="1663"/>
        <w:gridCol w:w="1663"/>
        <w:gridCol w:w="1663"/>
        <w:gridCol w:w="1663"/>
        <w:gridCol w:w="1663"/>
        <w:gridCol w:w="1663"/>
      </w:tblGrid>
      <w:tr>
        <w:tc>
          <w:tcPr>
            <w:tcW w:type="dxa" w:w="737"/>
            <w:shd w:val="clear" w:fill="F2F2F2"/>
          </w:tcPr>
          <w:p>
            <w:pPr>
              <w:jc w:val="center"/>
            </w:pPr>
            <w:r>
              <w:rPr>
                <w:b/>
                <w:color w:val="6B7280"/>
                <w:sz w:val="17"/>
                <w:szCs w:val="17"/>
              </w:rPr>
              <w:t>ลำดับ</w:t>
            </w:r>
          </w:p>
        </w:tc>
        <w:tc>
          <w:tcPr>
            <w:tcW w:type="dxa" w:w="3685"/>
            <w:shd w:val="clear" w:fill="F2F2F2"/>
          </w:tcPr>
          <w:p>
            <w:r>
              <w:rPr>
                <w:b/>
                <w:color w:val="6B7280"/>
                <w:sz w:val="17"/>
                <w:szCs w:val="17"/>
              </w:rPr>
              <w:t>รายการ</w:t>
            </w:r>
          </w:p>
        </w:tc>
        <w:tc>
          <w:tcPr>
            <w:tcW w:type="dxa" w:w="1134"/>
            <w:shd w:val="clear" w:fill="F2F2F2"/>
          </w:tcPr>
          <w:p>
            <w:pPr>
              <w:jc w:val="right"/>
            </w:pPr>
            <w:r>
              <w:rPr>
                <w:b/>
                <w:color w:val="6B7280"/>
                <w:sz w:val="17"/>
                <w:szCs w:val="17"/>
              </w:rPr>
              <w:t>จำนวน</w:t>
            </w:r>
          </w:p>
        </w:tc>
        <w:tc>
          <w:tcPr>
            <w:tcW w:type="dxa" w:w="1134"/>
            <w:shd w:val="clear" w:fill="F2F2F2"/>
          </w:tcPr>
          <w:p>
            <w:pPr>
              <w:jc w:val="center"/>
            </w:pPr>
            <w:r>
              <w:rPr>
                <w:b/>
                <w:color w:val="6B7280"/>
                <w:sz w:val="17"/>
                <w:szCs w:val="17"/>
              </w:rPr>
              <w:t>หน่วย</w:t>
            </w:r>
          </w:p>
        </w:tc>
        <w:tc>
          <w:tcPr>
            <w:tcW w:type="dxa" w:w="1587"/>
            <w:shd w:val="clear" w:fill="F2F2F2"/>
          </w:tcPr>
          <w:p>
            <w:pPr>
              <w:jc w:val="right"/>
            </w:pPr>
            <w:r>
              <w:rPr>
                <w:b/>
                <w:color w:val="6B7280"/>
                <w:sz w:val="17"/>
                <w:szCs w:val="17"/>
              </w:rPr>
              <w:t>ราคา/หน่วย</w:t>
            </w:r>
          </w:p>
        </w:tc>
        <w:tc>
          <w:tcPr>
            <w:tcW w:type="dxa" w:w="1701"/>
            <w:shd w:val="clear" w:fill="F2F2F2"/>
          </w:tcPr>
          <w:p>
            <w:pPr>
              <w:jc w:val="right"/>
            </w:pPr>
            <w:r>
              <w:rPr>
                <w:b/>
                <w:color w:val="6B7280"/>
                <w:sz w:val="17"/>
                <w:szCs w:val="17"/>
              </w:rPr>
              <w:t>จำนวนเงิน</w:t>
            </w: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13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13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587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13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13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587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13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13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587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13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13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587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13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13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587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13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13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587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13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13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587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13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13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587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c>
          <w:tcPr>
            <w:tcW w:type="dxa" w:w="737"/>
            <w:shd w:val="clear" w:fill="F2F2F2"/>
          </w:tcPr>
          <w:p/>
        </w:tc>
        <w:tc>
          <w:tcPr>
            <w:tcW w:type="dxa" w:w="3685"/>
            <w:shd w:val="clear" w:fill="F2F2F2"/>
          </w:tcPr>
          <w:p/>
        </w:tc>
        <w:tc>
          <w:tcPr>
            <w:tcW w:type="dxa" w:w="1134"/>
            <w:shd w:val="clear" w:fill="F2F2F2"/>
          </w:tcPr>
          <w:p/>
        </w:tc>
        <w:tc>
          <w:tcPr>
            <w:tcW w:type="dxa" w:w="1134"/>
            <w:shd w:val="clear" w:fill="F2F2F2"/>
          </w:tcPr>
          <w:p/>
        </w:tc>
        <w:tc>
          <w:tcPr>
            <w:tcW w:type="dxa" w:w="1587"/>
            <w:shd w:val="clear" w:fill="F2F2F2"/>
          </w:tcPr>
          <w:p>
            <w:pPr>
              <w:jc w:val="right"/>
            </w:pPr>
            <w:r>
              <w:rPr>
                <w:b/>
                <w:color w:val="111827"/>
                <w:sz w:val="18"/>
                <w:szCs w:val="18"/>
              </w:rPr>
              <w:t>รวมเป็นเงิน</w:t>
            </w:r>
          </w:p>
        </w:tc>
        <w:tc>
          <w:tcPr>
            <w:tcW w:type="dxa" w:w="1701"/>
          </w:tcPr>
          <w:p>
            <w:pPr>
              <w:jc w:val="right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</w:tbl>
    <w:p>
      <w:pPr>
        <w:spacing w:before="80"/>
        <w:jc w:val="right"/>
      </w:pPr>
      <w:r>
        <w:rPr>
          <w:b w:val="0"/>
          <w:color w:val="6B7280"/>
          <w:sz w:val="18"/>
          <w:szCs w:val="18"/>
        </w:rPr>
        <w:t xml:space="preserve">ส่วนลด  </w:t>
      </w:r>
      <w:r>
        <w:rPr>
          <w:b w:val="0"/>
          <w:color w:val="9CA3AF"/>
          <w:sz w:val="18"/>
          <w:szCs w:val="18"/>
        </w:rPr>
        <w:t>..................</w:t>
      </w:r>
      <w:r>
        <w:rPr>
          <w:b w:val="0"/>
          <w:color w:val="111827"/>
          <w:sz w:val="18"/>
          <w:szCs w:val="18"/>
        </w:rPr>
        <w:t xml:space="preserve">        </w:t>
      </w:r>
      <w:r>
        <w:rPr>
          <w:b w:val="0"/>
          <w:color w:val="6B7280"/>
          <w:sz w:val="18"/>
          <w:szCs w:val="18"/>
        </w:rPr>
        <w:t xml:space="preserve">รวมเป็นเงินสุทธิ  </w:t>
      </w:r>
      <w:r>
        <w:rPr>
          <w:b w:val="0"/>
          <w:color w:val="9CA3AF"/>
          <w:sz w:val="18"/>
          <w:szCs w:val="18"/>
        </w:rPr>
        <w:t>..................</w:t>
      </w:r>
    </w:p>
    <w:p>
      <w:r>
        <w:rPr>
          <w:b w:val="0"/>
          <w:color w:val="6B7280"/>
          <w:sz w:val="18"/>
          <w:szCs w:val="18"/>
        </w:rPr>
        <w:t xml:space="preserve">จำนวนเงิน (ตัวอักษร)  </w:t>
      </w:r>
      <w:r>
        <w:rPr>
          <w:b w:val="0"/>
          <w:color w:val="9CA3AF"/>
          <w:sz w:val="18"/>
          <w:szCs w:val="18"/>
        </w:rPr>
        <w:t>.......................................................</w:t>
      </w:r>
    </w:p>
    <w:p>
      <w:pPr>
        <w:spacing w:before="120"/>
      </w:pPr>
      <w:r>
        <w:rPr>
          <w:b w:val="0"/>
          <w:color w:val="6B7280"/>
          <w:sz w:val="18"/>
          <w:szCs w:val="18"/>
        </w:rPr>
        <w:t xml:space="preserve">ธนาคาร  </w:t>
      </w:r>
      <w:r>
        <w:rPr>
          <w:b w:val="0"/>
          <w:color w:val="9CA3AF"/>
          <w:sz w:val="18"/>
          <w:szCs w:val="18"/>
        </w:rPr>
        <w:t>....................</w:t>
      </w:r>
      <w:r>
        <w:rPr>
          <w:b w:val="0"/>
          <w:color w:val="111827"/>
          <w:sz w:val="18"/>
          <w:szCs w:val="18"/>
        </w:rPr>
        <w:t xml:space="preserve">    </w:t>
      </w:r>
      <w:r>
        <w:rPr>
          <w:b w:val="0"/>
          <w:color w:val="6B7280"/>
          <w:sz w:val="18"/>
          <w:szCs w:val="18"/>
        </w:rPr>
        <w:t xml:space="preserve">ชื่อบัญชี  </w:t>
      </w:r>
      <w:r>
        <w:rPr>
          <w:b w:val="0"/>
          <w:color w:val="9CA3AF"/>
          <w:sz w:val="18"/>
          <w:szCs w:val="18"/>
        </w:rPr>
        <w:t>....................</w:t>
      </w:r>
      <w:r>
        <w:rPr>
          <w:b w:val="0"/>
          <w:color w:val="111827"/>
          <w:sz w:val="18"/>
          <w:szCs w:val="18"/>
        </w:rPr>
        <w:t xml:space="preserve">    </w:t>
      </w:r>
      <w:r>
        <w:rPr>
          <w:b w:val="0"/>
          <w:color w:val="6B7280"/>
          <w:sz w:val="18"/>
          <w:szCs w:val="18"/>
        </w:rPr>
        <w:t xml:space="preserve">เลขบัญชี  </w:t>
      </w:r>
      <w:r>
        <w:rPr>
          <w:b w:val="0"/>
          <w:color w:val="9CA3AF"/>
          <w:sz w:val="18"/>
          <w:szCs w:val="18"/>
        </w:rPr>
        <w:t>..................</w:t>
      </w:r>
    </w:p>
    <w:p>
      <w:r>
        <w:rPr>
          <w:b w:val="0"/>
          <w:color w:val="6B7280"/>
          <w:sz w:val="18"/>
          <w:szCs w:val="18"/>
        </w:rPr>
        <w:t xml:space="preserve">หมายเหตุ  </w:t>
      </w:r>
      <w:r>
        <w:rPr>
          <w:b w:val="0"/>
          <w:color w:val="9CA3AF"/>
          <w:sz w:val="18"/>
          <w:szCs w:val="18"/>
        </w:rPr>
        <w:t>....................................................................</w:t>
      </w:r>
    </w:p>
    <w:p/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89"/>
        <w:gridCol w:w="4989"/>
      </w:tblGrid>
      <w:tr>
        <w:tc>
          <w:tcPr>
            <w:tcW w:type="dxa" w:w="4989"/>
          </w:tcPr>
          <w:p>
            <w:pPr>
              <w:jc w:val="center"/>
            </w:pPr>
            <w:r>
              <w:rPr>
                <w:b/>
                <w:color w:val="111827"/>
                <w:sz w:val="18"/>
                <w:szCs w:val="18"/>
              </w:rPr>
              <w:t>ผู้จัดทำ</w:t>
            </w:r>
          </w:p>
          <w:p>
            <w:pPr>
              <w:spacing w:before="320"/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(ลงชื่อ)  ..........................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(                              )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วันที่  ......................</w:t>
            </w:r>
          </w:p>
        </w:tc>
        <w:tc>
          <w:tcPr>
            <w:tcW w:type="dxa" w:w="4989"/>
          </w:tcPr>
          <w:p>
            <w:pPr>
              <w:jc w:val="center"/>
            </w:pPr>
            <w:r>
              <w:rPr>
                <w:b/>
                <w:color w:val="111827"/>
                <w:sz w:val="18"/>
                <w:szCs w:val="18"/>
              </w:rPr>
              <w:t>ผู้อนุมัติ</w:t>
            </w:r>
          </w:p>
          <w:p>
            <w:pPr>
              <w:spacing w:before="320"/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(ลงชื่อ)  ..........................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(                              )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วันที่  ......................</w:t>
            </w:r>
          </w:p>
        </w:tc>
      </w:tr>
    </w:tbl>
    <w:p>
      <w:pPr>
        <w:spacing w:before="160"/>
      </w:pPr>
      <w:r>
        <w:rPr>
          <w:b w:val="0"/>
          <w:color w:val="6B7280"/>
          <w:sz w:val="14"/>
          <w:szCs w:val="14"/>
        </w:rPr>
        <w:t>จัดทำโดย Simple Balance simplebalance.co.th</w:t>
      </w:r>
    </w:p>
    <w:sectPr w:rsidR="00FC693F" w:rsidRPr="0006063C" w:rsidSect="00034616">
      <w:pgSz w:w="11906" w:h="16838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Tahoma" w:hAnsi="Tahoma" w:cs="Tahoma" w:eastAsia="Tahoma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