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11827"/>
          <w:sz w:val="30"/>
          <w:szCs w:val="30"/>
        </w:rPr>
        <w:t>ใบเสนอราคา</w:t>
      </w:r>
      <w:r>
        <w:rPr>
          <w:b w:val="0"/>
          <w:color w:val="6B7280"/>
          <w:sz w:val="20"/>
          <w:szCs w:val="20"/>
        </w:rPr>
        <w:t xml:space="preserve">   QUOTATION</w:t>
      </w:r>
    </w:p>
    <w:p>
      <w:pPr>
        <w:pBdr>
          <w:bottom w:val="single" w:sz="8" w:space="1" w:color="111827"/>
        </w:pBdr>
      </w:pPr>
    </w:p>
    <w:tbl>
      <w:tblPr>
        <w:tblW w:type="auto" w:w="0"/>
        <w:tblLook w:firstColumn="1" w:firstRow="1" w:lastColumn="0" w:lastRow="0" w:noHBand="0" w:noVBand="1" w:val="04A0"/>
        <w:tblBorders>
          <w:top w:val="none" w:sz="0" w:space="0" w:color="BFBFBF"/>
          <w:left w:val="none" w:sz="0" w:space="0" w:color="BFBFBF"/>
          <w:bottom w:val="none" w:sz="0" w:space="0" w:color="BFBFBF"/>
          <w:right w:val="none" w:sz="0" w:space="0" w:color="BFBFBF"/>
          <w:insideH w:val="none" w:sz="0" w:space="0" w:color="BFBFBF"/>
          <w:insideV w:val="none" w:sz="0" w:space="0" w:color="BFBFBF"/>
        </w:tblBorders>
      </w:tblPr>
      <w:tblGrid>
        <w:gridCol w:w="5103"/>
        <w:gridCol w:w="5103"/>
      </w:tblGrid>
      <w:tr>
        <w:tc>
          <w:tcPr>
            <w:tcW w:type="dxa" w:w="5102"/>
          </w:tcPr>
          <w:p>
            <w:r>
              <w:rPr>
                <w:b w:val="0"/>
                <w:color w:val="6B7280"/>
                <w:sz w:val="18"/>
                <w:szCs w:val="18"/>
              </w:rPr>
              <w:t xml:space="preserve">ชื่อโครงการ / Project  </w:t>
            </w:r>
            <w:r>
              <w:rPr>
                <w:b w:val="0"/>
                <w:color w:val="9CA3AF"/>
                <w:sz w:val="18"/>
                <w:szCs w:val="18"/>
              </w:rPr>
              <w:t>..........................</w:t>
            </w:r>
          </w:p>
          <w:p>
            <w:r>
              <w:rPr>
                <w:b w:val="0"/>
                <w:color w:val="6B7280"/>
                <w:sz w:val="18"/>
                <w:szCs w:val="18"/>
              </w:rPr>
              <w:t xml:space="preserve">ผู้ติดต่อ / Contact  </w:t>
            </w:r>
            <w:r>
              <w:rPr>
                <w:b w:val="0"/>
                <w:color w:val="9CA3AF"/>
                <w:sz w:val="18"/>
                <w:szCs w:val="18"/>
              </w:rPr>
              <w:t>............................</w:t>
            </w:r>
          </w:p>
        </w:tc>
        <w:tc>
          <w:tcPr>
            <w:tcW w:type="dxa" w:w="5102"/>
          </w:tcPr>
          <w:p>
            <w:r>
              <w:rPr>
                <w:b w:val="0"/>
                <w:color w:val="6B7280"/>
                <w:sz w:val="18"/>
                <w:szCs w:val="18"/>
              </w:rPr>
              <w:t xml:space="preserve">เลขที่ / No.  </w:t>
            </w:r>
            <w:r>
              <w:rPr>
                <w:b w:val="0"/>
                <w:color w:val="9CA3AF"/>
                <w:sz w:val="18"/>
                <w:szCs w:val="18"/>
              </w:rPr>
              <w:t>........................</w:t>
            </w:r>
          </w:p>
          <w:p>
            <w:r>
              <w:rPr>
                <w:b w:val="0"/>
                <w:color w:val="6B7280"/>
                <w:sz w:val="18"/>
                <w:szCs w:val="18"/>
              </w:rPr>
              <w:t xml:space="preserve">วันที่ / Date  </w:t>
            </w:r>
            <w:r>
              <w:rPr>
                <w:b w:val="0"/>
                <w:color w:val="9CA3AF"/>
                <w:sz w:val="18"/>
                <w:szCs w:val="18"/>
              </w:rPr>
              <w:t>........................</w:t>
            </w:r>
          </w:p>
          <w:p>
            <w:r>
              <w:rPr>
                <w:b w:val="0"/>
                <w:color w:val="6B7280"/>
                <w:sz w:val="18"/>
                <w:szCs w:val="18"/>
              </w:rPr>
              <w:t xml:space="preserve">ยืนราคาถึง / Valid until  </w:t>
            </w:r>
            <w:r>
              <w:rPr>
                <w:b w:val="0"/>
                <w:color w:val="9CA3AF"/>
                <w:sz w:val="18"/>
                <w:szCs w:val="18"/>
              </w:rPr>
              <w:t>....................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  <w:tblBorders>
          <w:top w:val="none" w:sz="0" w:space="0" w:color="BFBFBF"/>
          <w:left w:val="none" w:sz="0" w:space="0" w:color="BFBFBF"/>
          <w:bottom w:val="none" w:sz="0" w:space="0" w:color="BFBFBF"/>
          <w:right w:val="none" w:sz="0" w:space="0" w:color="BFBFBF"/>
          <w:insideH w:val="none" w:sz="0" w:space="0" w:color="BFBFBF"/>
          <w:insideV w:val="none" w:sz="0" w:space="0" w:color="BFBFBF"/>
        </w:tblBorders>
      </w:tblPr>
      <w:tblGrid>
        <w:gridCol w:w="5103"/>
        <w:gridCol w:w="5103"/>
      </w:tblGrid>
      <w:tr>
        <w:tc>
          <w:tcPr>
            <w:tcW w:type="dxa" w:w="5102"/>
          </w:tcPr>
          <w:p>
            <w:pPr>
              <w:spacing w:before="120"/>
            </w:pPr>
            <w:r>
              <w:rPr>
                <w:b/>
                <w:color w:val="6B7280"/>
                <w:sz w:val="18"/>
                <w:szCs w:val="18"/>
              </w:rPr>
              <w:t>ผู้เสนอราคา / From</w:t>
            </w:r>
          </w:p>
          <w:p>
            <w:r>
              <w:rPr>
                <w:b w:val="0"/>
                <w:color w:val="6B7280"/>
                <w:sz w:val="18"/>
                <w:szCs w:val="18"/>
              </w:rPr>
              <w:t xml:space="preserve">ชื่อกิจการ  </w:t>
            </w:r>
            <w:r>
              <w:rPr>
                <w:b w:val="0"/>
                <w:color w:val="9CA3AF"/>
                <w:sz w:val="18"/>
                <w:szCs w:val="18"/>
              </w:rPr>
              <w:t>............................</w:t>
            </w:r>
          </w:p>
          <w:p>
            <w:r>
              <w:rPr>
                <w:b w:val="0"/>
                <w:color w:val="6B7280"/>
                <w:sz w:val="18"/>
                <w:szCs w:val="18"/>
              </w:rPr>
              <w:t xml:space="preserve">ที่อยู่  </w:t>
            </w:r>
            <w:r>
              <w:rPr>
                <w:b w:val="0"/>
                <w:color w:val="9CA3AF"/>
                <w:sz w:val="18"/>
                <w:szCs w:val="18"/>
              </w:rPr>
              <w:t>..................................</w:t>
            </w:r>
          </w:p>
          <w:p>
            <w:r>
              <w:rPr>
                <w:b w:val="0"/>
                <w:color w:val="6B7280"/>
                <w:sz w:val="18"/>
                <w:szCs w:val="18"/>
              </w:rPr>
              <w:t xml:space="preserve">เลขประจำตัวผู้เสียภาษี / Tax ID  </w:t>
            </w:r>
            <w:r>
              <w:rPr>
                <w:b w:val="0"/>
                <w:color w:val="9CA3AF"/>
                <w:sz w:val="18"/>
                <w:szCs w:val="18"/>
              </w:rPr>
              <w:t>..................</w:t>
            </w:r>
          </w:p>
          <w:p>
            <w:r>
              <w:rPr>
                <w:b w:val="0"/>
                <w:color w:val="6B7280"/>
                <w:sz w:val="18"/>
                <w:szCs w:val="18"/>
              </w:rPr>
              <w:t xml:space="preserve">โทร / Tel  </w:t>
            </w:r>
            <w:r>
              <w:rPr>
                <w:b w:val="0"/>
                <w:color w:val="9CA3AF"/>
                <w:sz w:val="18"/>
                <w:szCs w:val="18"/>
              </w:rPr>
              <w:t>......................</w:t>
            </w:r>
          </w:p>
        </w:tc>
        <w:tc>
          <w:tcPr>
            <w:tcW w:type="dxa" w:w="5102"/>
          </w:tcPr>
          <w:p>
            <w:pPr>
              <w:spacing w:before="120"/>
            </w:pPr>
            <w:r>
              <w:rPr>
                <w:b/>
                <w:color w:val="6B7280"/>
                <w:sz w:val="18"/>
                <w:szCs w:val="18"/>
              </w:rPr>
              <w:t>ลูกค้า / Customer</w:t>
            </w:r>
          </w:p>
          <w:p>
            <w:r>
              <w:rPr>
                <w:b w:val="0"/>
                <w:color w:val="6B7280"/>
                <w:sz w:val="18"/>
                <w:szCs w:val="18"/>
              </w:rPr>
              <w:t xml:space="preserve">ชื่อ  </w:t>
            </w:r>
            <w:r>
              <w:rPr>
                <w:b w:val="0"/>
                <w:color w:val="9CA3AF"/>
                <w:sz w:val="18"/>
                <w:szCs w:val="18"/>
              </w:rPr>
              <w:t>............................</w:t>
            </w:r>
          </w:p>
          <w:p>
            <w:r>
              <w:rPr>
                <w:b w:val="0"/>
                <w:color w:val="6B7280"/>
                <w:sz w:val="18"/>
                <w:szCs w:val="18"/>
              </w:rPr>
              <w:t xml:space="preserve">ที่อยู่  </w:t>
            </w:r>
            <w:r>
              <w:rPr>
                <w:b w:val="0"/>
                <w:color w:val="9CA3AF"/>
                <w:sz w:val="18"/>
                <w:szCs w:val="18"/>
              </w:rPr>
              <w:t>..................................</w:t>
            </w:r>
          </w:p>
          <w:p>
            <w:r>
              <w:rPr>
                <w:b w:val="0"/>
                <w:color w:val="6B7280"/>
                <w:sz w:val="18"/>
                <w:szCs w:val="18"/>
              </w:rPr>
              <w:t xml:space="preserve">เลขประจำตัวผู้เสียภาษี / Tax ID  </w:t>
            </w:r>
            <w:r>
              <w:rPr>
                <w:b w:val="0"/>
                <w:color w:val="9CA3AF"/>
                <w:sz w:val="18"/>
                <w:szCs w:val="18"/>
              </w:rPr>
              <w:t>..................</w:t>
            </w:r>
          </w:p>
          <w:p>
            <w:r>
              <w:rPr>
                <w:b w:val="0"/>
                <w:color w:val="6B7280"/>
                <w:sz w:val="18"/>
                <w:szCs w:val="18"/>
              </w:rPr>
              <w:t xml:space="preserve">โทร / Tel  </w:t>
            </w:r>
            <w:r>
              <w:rPr>
                <w:b w:val="0"/>
                <w:color w:val="9CA3AF"/>
                <w:sz w:val="18"/>
                <w:szCs w:val="18"/>
              </w:rPr>
              <w:t>......................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</w:tblPr>
      <w:tblGrid>
        <w:gridCol w:w="1701"/>
        <w:gridCol w:w="1701"/>
        <w:gridCol w:w="1701"/>
        <w:gridCol w:w="1701"/>
        <w:gridCol w:w="1701"/>
        <w:gridCol w:w="1701"/>
      </w:tblGrid>
      <w:tr>
        <w:tc>
          <w:tcPr>
            <w:tcW w:type="dxa" w:w="624"/>
            <w:shd w:val="clear" w:fill="F2F2F2"/>
          </w:tcPr>
          <w:p>
            <w:pPr>
              <w:jc w:val="center"/>
            </w:pPr>
            <w:r>
              <w:rPr>
                <w:b/>
                <w:color w:val="6B7280"/>
                <w:sz w:val="16"/>
                <w:szCs w:val="16"/>
              </w:rPr>
              <w:t>ลำดับ / No.</w:t>
            </w:r>
          </w:p>
        </w:tc>
        <w:tc>
          <w:tcPr>
            <w:tcW w:type="dxa" w:w="4195"/>
            <w:shd w:val="clear" w:fill="F2F2F2"/>
          </w:tcPr>
          <w:p>
            <w:r>
              <w:rPr>
                <w:b/>
                <w:color w:val="6B7280"/>
                <w:sz w:val="16"/>
                <w:szCs w:val="16"/>
              </w:rPr>
              <w:t>รายการ / Description</w:t>
            </w:r>
          </w:p>
        </w:tc>
        <w:tc>
          <w:tcPr>
            <w:tcW w:type="dxa" w:w="850"/>
            <w:shd w:val="clear" w:fill="F2F2F2"/>
          </w:tcPr>
          <w:p>
            <w:pPr>
              <w:jc w:val="right"/>
            </w:pPr>
            <w:r>
              <w:rPr>
                <w:b/>
                <w:color w:val="6B7280"/>
                <w:sz w:val="16"/>
                <w:szCs w:val="16"/>
              </w:rPr>
              <w:t>จำนวน / Qty</w:t>
            </w:r>
          </w:p>
        </w:tc>
        <w:tc>
          <w:tcPr>
            <w:tcW w:type="dxa" w:w="907"/>
            <w:shd w:val="clear" w:fill="F2F2F2"/>
          </w:tcPr>
          <w:p>
            <w:pPr>
              <w:jc w:val="center"/>
            </w:pPr>
            <w:r>
              <w:rPr>
                <w:b/>
                <w:color w:val="6B7280"/>
                <w:sz w:val="16"/>
                <w:szCs w:val="16"/>
              </w:rPr>
              <w:t>หน่วย / Unit</w:t>
            </w:r>
          </w:p>
        </w:tc>
        <w:tc>
          <w:tcPr>
            <w:tcW w:type="dxa" w:w="1417"/>
            <w:shd w:val="clear" w:fill="F2F2F2"/>
          </w:tcPr>
          <w:p>
            <w:pPr>
              <w:jc w:val="right"/>
            </w:pPr>
            <w:r>
              <w:rPr>
                <w:b/>
                <w:color w:val="6B7280"/>
                <w:sz w:val="16"/>
                <w:szCs w:val="16"/>
              </w:rPr>
              <w:t>ราคา/หน่วย / Unit Price</w:t>
            </w:r>
          </w:p>
        </w:tc>
        <w:tc>
          <w:tcPr>
            <w:tcW w:type="dxa" w:w="2211"/>
            <w:shd w:val="clear" w:fill="F2F2F2"/>
          </w:tcPr>
          <w:p>
            <w:pPr>
              <w:jc w:val="right"/>
            </w:pPr>
            <w:r>
              <w:rPr>
                <w:b/>
                <w:color w:val="6B7280"/>
                <w:sz w:val="16"/>
                <w:szCs w:val="16"/>
              </w:rPr>
              <w:t>จำนวนเงิน / Amount</w:t>
            </w:r>
          </w:p>
        </w:tc>
      </w:tr>
      <w:tr>
        <w:trPr>
          <w:trHeight w:val="482" w:hRule="atLeast"/>
        </w:trPr>
        <w:tc>
          <w:tcPr>
            <w:tcW w:type="dxa" w:w="624"/>
          </w:tcPr>
          <w:p>
            <w:pPr>
              <w:spacing w:before="20" w:after="2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4195"/>
          </w:tcPr>
          <w:p>
            <w:pPr>
              <w:spacing w:before="20" w:after="2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850"/>
          </w:tcPr>
          <w:p>
            <w:pPr>
              <w:spacing w:before="20" w:after="2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907"/>
          </w:tcPr>
          <w:p>
            <w:pPr>
              <w:spacing w:before="20" w:after="2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1417"/>
          </w:tcPr>
          <w:p>
            <w:pPr>
              <w:spacing w:before="20" w:after="2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2211"/>
          </w:tcPr>
          <w:p>
            <w:pPr>
              <w:spacing w:before="20" w:after="2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</w:tr>
      <w:tr>
        <w:trPr>
          <w:trHeight w:val="482" w:hRule="atLeast"/>
        </w:trPr>
        <w:tc>
          <w:tcPr>
            <w:tcW w:type="dxa" w:w="624"/>
          </w:tcPr>
          <w:p>
            <w:pPr>
              <w:spacing w:before="20" w:after="2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4195"/>
          </w:tcPr>
          <w:p>
            <w:pPr>
              <w:spacing w:before="20" w:after="2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850"/>
          </w:tcPr>
          <w:p>
            <w:pPr>
              <w:spacing w:before="20" w:after="2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907"/>
          </w:tcPr>
          <w:p>
            <w:pPr>
              <w:spacing w:before="20" w:after="2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1417"/>
          </w:tcPr>
          <w:p>
            <w:pPr>
              <w:spacing w:before="20" w:after="2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2211"/>
          </w:tcPr>
          <w:p>
            <w:pPr>
              <w:spacing w:before="20" w:after="2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</w:tr>
      <w:tr>
        <w:trPr>
          <w:trHeight w:val="482" w:hRule="atLeast"/>
        </w:trPr>
        <w:tc>
          <w:tcPr>
            <w:tcW w:type="dxa" w:w="624"/>
          </w:tcPr>
          <w:p>
            <w:pPr>
              <w:spacing w:before="20" w:after="2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4195"/>
          </w:tcPr>
          <w:p>
            <w:pPr>
              <w:spacing w:before="20" w:after="2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850"/>
          </w:tcPr>
          <w:p>
            <w:pPr>
              <w:spacing w:before="20" w:after="2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907"/>
          </w:tcPr>
          <w:p>
            <w:pPr>
              <w:spacing w:before="20" w:after="2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1417"/>
          </w:tcPr>
          <w:p>
            <w:pPr>
              <w:spacing w:before="20" w:after="2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2211"/>
          </w:tcPr>
          <w:p>
            <w:pPr>
              <w:spacing w:before="20" w:after="2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</w:tr>
      <w:tr>
        <w:trPr>
          <w:trHeight w:val="482" w:hRule="atLeast"/>
        </w:trPr>
        <w:tc>
          <w:tcPr>
            <w:tcW w:type="dxa" w:w="624"/>
          </w:tcPr>
          <w:p>
            <w:pPr>
              <w:spacing w:before="20" w:after="2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4195"/>
          </w:tcPr>
          <w:p>
            <w:pPr>
              <w:spacing w:before="20" w:after="2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850"/>
          </w:tcPr>
          <w:p>
            <w:pPr>
              <w:spacing w:before="20" w:after="2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907"/>
          </w:tcPr>
          <w:p>
            <w:pPr>
              <w:spacing w:before="20" w:after="2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1417"/>
          </w:tcPr>
          <w:p>
            <w:pPr>
              <w:spacing w:before="20" w:after="2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2211"/>
          </w:tcPr>
          <w:p>
            <w:pPr>
              <w:spacing w:before="20" w:after="2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</w:tr>
      <w:tr>
        <w:trPr>
          <w:trHeight w:val="482" w:hRule="atLeast"/>
        </w:trPr>
        <w:tc>
          <w:tcPr>
            <w:tcW w:type="dxa" w:w="624"/>
          </w:tcPr>
          <w:p>
            <w:pPr>
              <w:spacing w:before="20" w:after="2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4195"/>
          </w:tcPr>
          <w:p>
            <w:pPr>
              <w:spacing w:before="20" w:after="2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850"/>
          </w:tcPr>
          <w:p>
            <w:pPr>
              <w:spacing w:before="20" w:after="2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907"/>
          </w:tcPr>
          <w:p>
            <w:pPr>
              <w:spacing w:before="20" w:after="2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1417"/>
          </w:tcPr>
          <w:p>
            <w:pPr>
              <w:spacing w:before="20" w:after="2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2211"/>
          </w:tcPr>
          <w:p>
            <w:pPr>
              <w:spacing w:before="20" w:after="2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</w:tr>
      <w:tr>
        <w:trPr>
          <w:trHeight w:val="482" w:hRule="atLeast"/>
        </w:trPr>
        <w:tc>
          <w:tcPr>
            <w:tcW w:type="dxa" w:w="624"/>
          </w:tcPr>
          <w:p>
            <w:pPr>
              <w:spacing w:before="20" w:after="2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4195"/>
          </w:tcPr>
          <w:p>
            <w:pPr>
              <w:spacing w:before="20" w:after="2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850"/>
          </w:tcPr>
          <w:p>
            <w:pPr>
              <w:spacing w:before="20" w:after="2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907"/>
          </w:tcPr>
          <w:p>
            <w:pPr>
              <w:spacing w:before="20" w:after="2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1417"/>
          </w:tcPr>
          <w:p>
            <w:pPr>
              <w:spacing w:before="20" w:after="2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  <w:tc>
          <w:tcPr>
            <w:tcW w:type="dxa" w:w="2211"/>
          </w:tcPr>
          <w:p>
            <w:pPr>
              <w:spacing w:before="20" w:after="20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</w:tr>
      <w:tr>
        <w:tc>
          <w:tcPr>
            <w:tcW w:type="dxa" w:w="1417"/>
            <w:gridSpan w:val="5"/>
            <w:shd w:val="clear" w:fill="F2F2F2"/>
          </w:tcPr>
          <w:p>
            <w:pPr>
              <w:jc w:val="right"/>
            </w:pPr>
            <w:r>
              <w:rPr>
                <w:b/>
                <w:color w:val="111827"/>
                <w:sz w:val="17"/>
                <w:szCs w:val="17"/>
              </w:rPr>
              <w:t>รวมเป็นเงิน / Subtotal</w:t>
            </w:r>
          </w:p>
        </w:tc>
        <w:tc>
          <w:tcPr>
            <w:tcW w:type="dxa" w:w="2211"/>
          </w:tcPr>
          <w:p>
            <w:pPr>
              <w:jc w:val="right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</w:tr>
      <w:tr>
        <w:tc>
          <w:tcPr>
            <w:tcW w:type="dxa" w:w="1417"/>
            <w:gridSpan w:val="5"/>
            <w:shd w:val="clear" w:fill="F2F2F2"/>
          </w:tcPr>
          <w:p>
            <w:pPr>
              <w:jc w:val="right"/>
            </w:pPr>
            <w:r>
              <w:rPr>
                <w:b w:val="0"/>
                <w:color w:val="111827"/>
                <w:sz w:val="17"/>
                <w:szCs w:val="17"/>
              </w:rPr>
              <w:t>ส่วนลด / Discount</w:t>
            </w:r>
          </w:p>
        </w:tc>
        <w:tc>
          <w:tcPr>
            <w:tcW w:type="dxa" w:w="2211"/>
          </w:tcPr>
          <w:p>
            <w:pPr>
              <w:jc w:val="right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</w:tr>
      <w:tr>
        <w:tc>
          <w:tcPr>
            <w:tcW w:type="dxa" w:w="1417"/>
            <w:gridSpan w:val="5"/>
            <w:shd w:val="clear" w:fill="F2F2F2"/>
          </w:tcPr>
          <w:p>
            <w:pPr>
              <w:jc w:val="right"/>
            </w:pPr>
            <w:r>
              <w:rPr>
                <w:b/>
                <w:color w:val="111827"/>
                <w:sz w:val="17"/>
                <w:szCs w:val="17"/>
              </w:rPr>
              <w:t>มูลค่าสินค้า/บริการ / Goods-Service Value</w:t>
            </w:r>
          </w:p>
        </w:tc>
        <w:tc>
          <w:tcPr>
            <w:tcW w:type="dxa" w:w="2211"/>
          </w:tcPr>
          <w:p>
            <w:pPr>
              <w:jc w:val="right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</w:tr>
      <w:tr>
        <w:tc>
          <w:tcPr>
            <w:tcW w:type="dxa" w:w="1417"/>
            <w:gridSpan w:val="5"/>
            <w:shd w:val="clear" w:fill="F2F2F2"/>
          </w:tcPr>
          <w:p>
            <w:pPr>
              <w:jc w:val="right"/>
            </w:pPr>
            <w:r>
              <w:rPr>
                <w:b w:val="0"/>
                <w:color w:val="111827"/>
                <w:sz w:val="17"/>
                <w:szCs w:val="17"/>
              </w:rPr>
              <w:t>ภาษีมูลค่าเพิ่ม 7% (ถ้าจด VAT) / VAT 7% (if registered)</w:t>
            </w:r>
          </w:p>
        </w:tc>
        <w:tc>
          <w:tcPr>
            <w:tcW w:type="dxa" w:w="2211"/>
          </w:tcPr>
          <w:p>
            <w:pPr>
              <w:jc w:val="right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</w:tr>
      <w:tr>
        <w:tc>
          <w:tcPr>
            <w:tcW w:type="dxa" w:w="1417"/>
            <w:gridSpan w:val="5"/>
            <w:shd w:val="clear" w:fill="F2F2F2"/>
          </w:tcPr>
          <w:p>
            <w:pPr>
              <w:jc w:val="right"/>
            </w:pPr>
            <w:r>
              <w:rPr>
                <w:b/>
                <w:color w:val="111827"/>
                <w:sz w:val="17"/>
                <w:szCs w:val="17"/>
              </w:rPr>
              <w:t>จำนวนเงินรวมทั้งสิ้น / Grand Total</w:t>
            </w:r>
          </w:p>
        </w:tc>
        <w:tc>
          <w:tcPr>
            <w:tcW w:type="dxa" w:w="2211"/>
          </w:tcPr>
          <w:p>
            <w:pPr>
              <w:jc w:val="right"/>
            </w:pPr>
            <w:r>
              <w:rPr>
                <w:b w:val="0"/>
                <w:color w:val="111827"/>
                <w:sz w:val="18"/>
                <w:szCs w:val="18"/>
              </w:rPr>
            </w:r>
          </w:p>
        </w:tc>
      </w:tr>
    </w:tbl>
    <w:p>
      <w:r>
        <w:rPr>
          <w:b w:val="0"/>
          <w:color w:val="6B7280"/>
          <w:sz w:val="18"/>
          <w:szCs w:val="18"/>
        </w:rPr>
        <w:t xml:space="preserve">จำนวนเงิน (ตัวอักษร) / Amount in words  </w:t>
      </w:r>
      <w:r>
        <w:rPr>
          <w:b w:val="0"/>
          <w:color w:val="9CA3AF"/>
          <w:sz w:val="18"/>
          <w:szCs w:val="18"/>
        </w:rPr>
        <w:t>..............................................................</w:t>
      </w:r>
    </w:p>
    <w:p>
      <w:pPr>
        <w:spacing w:before="100"/>
      </w:pPr>
      <w:r>
        <w:rPr>
          <w:b/>
          <w:color w:val="6B7280"/>
          <w:sz w:val="18"/>
          <w:szCs w:val="18"/>
        </w:rPr>
        <w:t>เงื่อนไขข้อเสนอ / Terms</w:t>
      </w:r>
    </w:p>
    <w:p>
      <w:r>
        <w:rPr>
          <w:b w:val="0"/>
          <w:color w:val="6B7280"/>
          <w:sz w:val="18"/>
          <w:szCs w:val="18"/>
        </w:rPr>
        <w:t xml:space="preserve">ยืนราคา / Validity  </w:t>
      </w:r>
      <w:r>
        <w:rPr>
          <w:b w:val="0"/>
          <w:color w:val="9CA3AF"/>
          <w:sz w:val="18"/>
          <w:szCs w:val="18"/>
        </w:rPr>
        <w:t>..........</w:t>
      </w:r>
      <w:r>
        <w:rPr>
          <w:b w:val="0"/>
          <w:color w:val="6B7280"/>
          <w:sz w:val="18"/>
          <w:szCs w:val="18"/>
        </w:rPr>
        <w:t xml:space="preserve"> วัน / days      </w:t>
      </w:r>
      <w:r>
        <w:rPr>
          <w:b w:val="0"/>
          <w:color w:val="6B7280"/>
          <w:sz w:val="18"/>
          <w:szCs w:val="18"/>
        </w:rPr>
        <w:t xml:space="preserve">การชำระเงิน / Payment  </w:t>
      </w:r>
      <w:r>
        <w:rPr>
          <w:b w:val="0"/>
          <w:color w:val="9CA3AF"/>
          <w:sz w:val="18"/>
          <w:szCs w:val="18"/>
        </w:rPr>
        <w:t>..............................</w:t>
      </w:r>
    </w:p>
    <w:p>
      <w:r>
        <w:rPr>
          <w:b w:val="0"/>
          <w:color w:val="6B7280"/>
          <w:sz w:val="18"/>
          <w:szCs w:val="18"/>
        </w:rPr>
        <w:t xml:space="preserve">กำหนดส่งมอบ / Delivery  </w:t>
      </w:r>
      <w:r>
        <w:rPr>
          <w:b w:val="0"/>
          <w:color w:val="9CA3AF"/>
          <w:sz w:val="18"/>
          <w:szCs w:val="18"/>
        </w:rPr>
        <w:t>......................</w:t>
      </w:r>
      <w:r>
        <w:rPr>
          <w:b w:val="0"/>
          <w:color w:val="111827"/>
          <w:sz w:val="18"/>
          <w:szCs w:val="18"/>
        </w:rPr>
        <w:t xml:space="preserve">   </w:t>
      </w:r>
      <w:r>
        <w:rPr>
          <w:b w:val="0"/>
          <w:color w:val="6B7280"/>
          <w:sz w:val="18"/>
          <w:szCs w:val="18"/>
        </w:rPr>
        <w:t xml:space="preserve">การรับประกัน / Warranty  </w:t>
      </w:r>
      <w:r>
        <w:rPr>
          <w:b w:val="0"/>
          <w:color w:val="9CA3AF"/>
          <w:sz w:val="18"/>
          <w:szCs w:val="18"/>
        </w:rPr>
        <w:t>......................</w:t>
      </w:r>
    </w:p>
    <w:p>
      <w:pPr>
        <w:spacing w:before="80"/>
      </w:pPr>
      <w:r>
        <w:rPr>
          <w:b w:val="0"/>
          <w:color w:val="6B7280"/>
          <w:sz w:val="18"/>
          <w:szCs w:val="18"/>
        </w:rPr>
        <w:t xml:space="preserve">ธนาคาร / Bank  </w:t>
      </w:r>
      <w:r>
        <w:rPr>
          <w:b w:val="0"/>
          <w:color w:val="9CA3AF"/>
          <w:sz w:val="18"/>
          <w:szCs w:val="18"/>
        </w:rPr>
        <w:t>................</w:t>
      </w:r>
      <w:r>
        <w:rPr>
          <w:b w:val="0"/>
          <w:color w:val="111827"/>
          <w:sz w:val="18"/>
          <w:szCs w:val="18"/>
        </w:rPr>
        <w:t xml:space="preserve">  </w:t>
      </w:r>
      <w:r>
        <w:rPr>
          <w:b w:val="0"/>
          <w:color w:val="6B7280"/>
          <w:sz w:val="18"/>
          <w:szCs w:val="18"/>
        </w:rPr>
        <w:t xml:space="preserve">ชื่อบัญชี / Account Name  </w:t>
      </w:r>
      <w:r>
        <w:rPr>
          <w:b w:val="0"/>
          <w:color w:val="9CA3AF"/>
          <w:sz w:val="18"/>
          <w:szCs w:val="18"/>
        </w:rPr>
        <w:t>................</w:t>
      </w:r>
      <w:r>
        <w:rPr>
          <w:b w:val="0"/>
          <w:color w:val="111827"/>
          <w:sz w:val="18"/>
          <w:szCs w:val="18"/>
        </w:rPr>
        <w:t xml:space="preserve">  </w:t>
      </w:r>
      <w:r>
        <w:rPr>
          <w:b w:val="0"/>
          <w:color w:val="6B7280"/>
          <w:sz w:val="18"/>
          <w:szCs w:val="18"/>
        </w:rPr>
        <w:t xml:space="preserve">เลขบัญชี / Account No.  </w:t>
      </w:r>
      <w:r>
        <w:rPr>
          <w:b w:val="0"/>
          <w:color w:val="9CA3AF"/>
          <w:sz w:val="18"/>
          <w:szCs w:val="18"/>
        </w:rPr>
        <w:t>..............</w:t>
      </w:r>
    </w:p>
    <w:p>
      <w:r>
        <w:rPr>
          <w:b w:val="0"/>
          <w:color w:val="6B7280"/>
          <w:sz w:val="18"/>
          <w:szCs w:val="18"/>
        </w:rPr>
        <w:t xml:space="preserve">หมายเหตุ / Remarks  </w:t>
      </w:r>
      <w:r>
        <w:rPr>
          <w:b w:val="0"/>
          <w:color w:val="9CA3AF"/>
          <w:sz w:val="18"/>
          <w:szCs w:val="18"/>
        </w:rPr>
        <w:t>..........................................................</w:t>
      </w:r>
    </w:p>
    <w:tbl>
      <w:tblPr>
        <w:tblW w:type="auto" w:w="0"/>
        <w:tblLook w:firstColumn="1" w:firstRow="1" w:lastColumn="0" w:lastRow="0" w:noHBand="0" w:noVBand="1" w:val="04A0"/>
        <w:tblBorders>
          <w:top w:val="none" w:sz="0" w:space="0" w:color="BFBFBF"/>
          <w:left w:val="none" w:sz="0" w:space="0" w:color="BFBFBF"/>
          <w:bottom w:val="none" w:sz="0" w:space="0" w:color="BFBFBF"/>
          <w:right w:val="none" w:sz="0" w:space="0" w:color="BFBFBF"/>
          <w:insideH w:val="none" w:sz="0" w:space="0" w:color="BFBFBF"/>
          <w:insideV w:val="none" w:sz="0" w:space="0" w:color="BFBFBF"/>
        </w:tblBorders>
      </w:tblPr>
      <w:tblGrid>
        <w:gridCol w:w="3402"/>
        <w:gridCol w:w="3402"/>
        <w:gridCol w:w="3402"/>
      </w:tblGrid>
      <w:tr>
        <w:tc>
          <w:tcPr>
            <w:tcW w:type="dxa" w:w="3402"/>
          </w:tcPr>
          <w:p>
            <w:pPr>
              <w:spacing w:before="400"/>
              <w:jc w:val="center"/>
            </w:pPr>
            <w:r>
              <w:rPr>
                <w:b w:val="0"/>
                <w:color w:val="9CA3AF"/>
                <w:sz w:val="17"/>
                <w:szCs w:val="17"/>
              </w:rPr>
              <w:t>(ลงชื่อ)  ......................</w:t>
            </w:r>
          </w:p>
          <w:p>
            <w:pPr>
              <w:jc w:val="center"/>
            </w:pPr>
            <w:r>
              <w:rPr>
                <w:b w:val="0"/>
                <w:color w:val="9CA3AF"/>
                <w:sz w:val="17"/>
                <w:szCs w:val="17"/>
              </w:rPr>
              <w:t>(                          )</w:t>
            </w:r>
          </w:p>
          <w:p>
            <w:pPr>
              <w:jc w:val="center"/>
            </w:pPr>
            <w:r>
              <w:rPr>
                <w:b w:val="0"/>
                <w:color w:val="111827"/>
                <w:sz w:val="17"/>
                <w:szCs w:val="17"/>
              </w:rPr>
              <w:t>ผู้เสนอราคา / Quoted by</w:t>
            </w:r>
          </w:p>
        </w:tc>
        <w:tc>
          <w:tcPr>
            <w:tcW w:type="dxa" w:w="3402"/>
          </w:tcPr>
          <w:p>
            <w:pPr>
              <w:spacing w:before="400"/>
              <w:jc w:val="center"/>
            </w:pPr>
            <w:r>
              <w:rPr>
                <w:b w:val="0"/>
                <w:color w:val="9CA3AF"/>
                <w:sz w:val="17"/>
                <w:szCs w:val="17"/>
              </w:rPr>
              <w:t>(ลงชื่อ)  ......................</w:t>
            </w:r>
          </w:p>
          <w:p>
            <w:pPr>
              <w:jc w:val="center"/>
            </w:pPr>
            <w:r>
              <w:rPr>
                <w:b w:val="0"/>
                <w:color w:val="9CA3AF"/>
                <w:sz w:val="17"/>
                <w:szCs w:val="17"/>
              </w:rPr>
              <w:t>(                          )</w:t>
            </w:r>
          </w:p>
          <w:p>
            <w:pPr>
              <w:jc w:val="center"/>
            </w:pPr>
            <w:r>
              <w:rPr>
                <w:b w:val="0"/>
                <w:color w:val="111827"/>
                <w:sz w:val="17"/>
                <w:szCs w:val="17"/>
              </w:rPr>
              <w:t>ผู้มีอำนาจลงนาม / Authorised by</w:t>
            </w:r>
          </w:p>
        </w:tc>
        <w:tc>
          <w:tcPr>
            <w:tcW w:type="dxa" w:w="3402"/>
          </w:tcPr>
          <w:p>
            <w:pPr>
              <w:spacing w:before="400"/>
              <w:jc w:val="center"/>
            </w:pPr>
            <w:r>
              <w:rPr>
                <w:b w:val="0"/>
                <w:color w:val="9CA3AF"/>
                <w:sz w:val="17"/>
                <w:szCs w:val="17"/>
              </w:rPr>
              <w:t>(ลงชื่อ)  ......................</w:t>
            </w:r>
          </w:p>
          <w:p>
            <w:pPr>
              <w:jc w:val="center"/>
            </w:pPr>
            <w:r>
              <w:rPr>
                <w:b w:val="0"/>
                <w:color w:val="9CA3AF"/>
                <w:sz w:val="17"/>
                <w:szCs w:val="17"/>
              </w:rPr>
              <w:t>(                          )</w:t>
            </w:r>
          </w:p>
          <w:p>
            <w:pPr>
              <w:jc w:val="center"/>
            </w:pPr>
            <w:r>
              <w:rPr>
                <w:b/>
                <w:color w:val="111827"/>
                <w:sz w:val="17"/>
                <w:szCs w:val="17"/>
              </w:rPr>
              <w:t>ผู้ซื้อลงนามยอมรับ / Accepted by (Buyer)</w:t>
            </w:r>
          </w:p>
          <w:p>
            <w:pPr>
              <w:jc w:val="center"/>
            </w:pPr>
            <w:r>
              <w:rPr>
                <w:b w:val="0"/>
                <w:color w:val="9CA3AF"/>
                <w:sz w:val="16"/>
                <w:szCs w:val="16"/>
              </w:rPr>
              <w:t>วันที่ / Date  ................</w:t>
            </w:r>
          </w:p>
        </w:tc>
      </w:tr>
    </w:tbl>
    <w:p>
      <w:pPr>
        <w:jc w:val="center"/>
      </w:pPr>
      <w:r>
        <w:rPr>
          <w:b w:val="0"/>
          <w:color w:val="6B7280"/>
          <w:sz w:val="15"/>
          <w:szCs w:val="15"/>
        </w:rPr>
        <w:t>ลงนามช่องขวา ถือเป็นการตกลงตามรายการและราคาข้างต้น / Signing at right accepts the items and prices above</w:t>
      </w:r>
    </w:p>
    <w:p>
      <w:r>
        <w:rPr>
          <w:b w:val="0"/>
          <w:color w:val="6B7280"/>
          <w:sz w:val="14"/>
          <w:szCs w:val="14"/>
        </w:rPr>
        <w:t>จัดทำโดย Simple Balance simplebalance.co.th</w:t>
      </w:r>
    </w:p>
    <w:sectPr w:rsidR="00FC693F" w:rsidRPr="0006063C" w:rsidSect="00034616">
      <w:pgSz w:w="11906" w:h="16838"/>
      <w:pgMar w:top="680" w:right="850" w:bottom="56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0"/>
    </w:pPr>
    <w:rPr>
      <w:rFonts w:ascii="Tahoma" w:hAnsi="Tahoma" w:cs="Tahoma" w:eastAsia="Tahoma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