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  <w:tblBorders>
          <w:top w:val="none" w:sz="0"/>
          <w:left w:val="none" w:sz="0"/>
          <w:bottom w:val="none" w:sz="0"/>
          <w:right w:val="none" w:sz="0"/>
          <w:insideH w:val="none" w:sz="0"/>
          <w:insideV w:val="none" w:sz="0"/>
        </w:tblBorders>
      </w:tblPr>
      <w:tblGrid>
        <w:gridCol w:w="4989"/>
        <w:gridCol w:w="4989"/>
      </w:tblGrid>
      <w:tr>
        <w:tc>
          <w:tcPr>
            <w:tcW w:type="dxa" w:w="6009"/>
          </w:tcPr>
          <w:p>
            <w:r>
              <w:rPr>
                <w:b/>
                <w:color w:val="111827"/>
                <w:sz w:val="34"/>
                <w:szCs w:val="34"/>
              </w:rPr>
              <w:t>ใบรับรองแทนใบเสร็จรับเงิน</w:t>
            </w:r>
          </w:p>
          <w:p>
            <w:r>
              <w:rPr>
                <w:b w:val="0"/>
                <w:color w:val="6B7280"/>
                <w:sz w:val="15"/>
                <w:szCs w:val="15"/>
              </w:rPr>
              <w:t>CERTIFICATE IN LIEU OF RECEIPT</w:t>
            </w:r>
          </w:p>
        </w:tc>
        <w:tc>
          <w:tcPr>
            <w:tcW w:type="dxa" w:w="3402"/>
          </w:tcPr>
          <w:p>
            <w:pPr>
              <w:jc w:val="right"/>
            </w:pPr>
            <w:r>
              <w:rPr>
                <w:b w:val="0"/>
                <w:color w:val="6B7280"/>
                <w:sz w:val="18"/>
                <w:szCs w:val="18"/>
              </w:rPr>
              <w:t xml:space="preserve">เลขที่  </w:t>
            </w:r>
            <w:r>
              <w:rPr>
                <w:b w:val="0"/>
                <w:color w:val="9CA3AF"/>
                <w:sz w:val="18"/>
                <w:szCs w:val="18"/>
              </w:rPr>
              <w:t>.................................</w:t>
            </w:r>
          </w:p>
          <w:p>
            <w:pPr>
              <w:jc w:val="right"/>
            </w:pPr>
            <w:r>
              <w:rPr>
                <w:b w:val="0"/>
                <w:color w:val="6B7280"/>
                <w:sz w:val="18"/>
                <w:szCs w:val="18"/>
              </w:rPr>
              <w:t xml:space="preserve">วันที่ออก  </w:t>
            </w:r>
            <w:r>
              <w:rPr>
                <w:b w:val="0"/>
                <w:color w:val="9CA3AF"/>
                <w:sz w:val="18"/>
                <w:szCs w:val="18"/>
              </w:rPr>
              <w:t>.................................</w:t>
            </w:r>
          </w:p>
        </w:tc>
      </w:tr>
    </w:tbl>
    <w:p>
      <w:pPr>
        <w:pBdr>
          <w:bottom w:val="single" w:sz="12" w:space="1" w:color="111827"/>
        </w:pBdr>
      </w:pPr>
    </w:p>
    <w:p>
      <w:r>
        <w:rPr>
          <w:b w:val="0"/>
          <w:color w:val="6B7280"/>
          <w:sz w:val="18"/>
          <w:szCs w:val="18"/>
        </w:rPr>
        <w:t xml:space="preserve">ชื่อกิจการ  </w:t>
      </w:r>
      <w:r>
        <w:rPr>
          <w:b w:val="0"/>
          <w:color w:val="9CA3AF"/>
          <w:sz w:val="18"/>
          <w:szCs w:val="18"/>
        </w:rPr>
        <w:t>....................................................</w:t>
      </w:r>
      <w:r>
        <w:rPr>
          <w:b w:val="0"/>
          <w:color w:val="6B7280"/>
          <w:sz w:val="16"/>
          <w:szCs w:val="16"/>
        </w:rPr>
        <w:t xml:space="preserve">  (ผู้ซื้อ / ผู้รับบริการ)</w:t>
      </w:r>
    </w:p>
    <w:p>
      <w:r>
        <w:rPr>
          <w:b w:val="0"/>
          <w:color w:val="6B7280"/>
          <w:sz w:val="18"/>
          <w:szCs w:val="18"/>
        </w:rPr>
        <w:t xml:space="preserve">เลขประจำตัวผู้เสียภาษี  </w:t>
      </w:r>
      <w:r>
        <w:rPr>
          <w:b w:val="0"/>
          <w:color w:val="9CA3AF"/>
          <w:sz w:val="18"/>
          <w:szCs w:val="18"/>
        </w:rPr>
        <w:t>..........................</w:t>
      </w:r>
    </w:p>
    <w:p>
      <w:r>
        <w:rPr>
          <w:b w:val="0"/>
          <w:color w:val="6B7280"/>
          <w:sz w:val="18"/>
          <w:szCs w:val="18"/>
        </w:rPr>
        <w:t xml:space="preserve">ที่อยู่  </w:t>
      </w:r>
      <w:r>
        <w:rPr>
          <w:b w:val="0"/>
          <w:color w:val="9CA3AF"/>
          <w:sz w:val="18"/>
          <w:szCs w:val="18"/>
        </w:rPr>
        <w:t>....................................................................</w:t>
      </w:r>
    </w:p>
    <w:p/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6" w:space="0" w:color="BFBFBF"/>
          <w:left w:val="single" w:sz="6" w:space="0" w:color="BFBFBF"/>
          <w:bottom w:val="single" w:sz="6" w:space="0" w:color="BFBFBF"/>
          <w:right w:val="single" w:sz="6" w:space="0" w:color="BFBFBF"/>
          <w:insideH w:val="single" w:sz="6" w:space="0" w:color="BFBFBF"/>
          <w:insideV w:val="single" w:sz="6" w:space="0" w:color="BFBFBF"/>
        </w:tblBorders>
      </w:tblPr>
      <w:tblGrid>
        <w:gridCol w:w="2494"/>
        <w:gridCol w:w="2494"/>
        <w:gridCol w:w="2494"/>
        <w:gridCol w:w="2494"/>
      </w:tblGrid>
      <w:tr>
        <w:tc>
          <w:tcPr>
            <w:tcW w:type="dxa" w:w="1701"/>
            <w:shd w:val="clear" w:fill="F2F2F2"/>
          </w:tcPr>
          <w:p>
            <w:r>
              <w:rPr>
                <w:b/>
                <w:color w:val="6B7280"/>
                <w:sz w:val="17"/>
                <w:szCs w:val="17"/>
              </w:rPr>
              <w:t>วัน เดือน ปี</w:t>
            </w:r>
          </w:p>
        </w:tc>
        <w:tc>
          <w:tcPr>
            <w:tcW w:type="dxa" w:w="4649"/>
            <w:shd w:val="clear" w:fill="F2F2F2"/>
          </w:tcPr>
          <w:p>
            <w:r>
              <w:rPr>
                <w:b/>
                <w:color w:val="6B7280"/>
                <w:sz w:val="17"/>
                <w:szCs w:val="17"/>
              </w:rPr>
              <w:t>รายละเอียดรายจ่าย</w:t>
            </w:r>
          </w:p>
        </w:tc>
        <w:tc>
          <w:tcPr>
            <w:tcW w:type="dxa" w:w="1644"/>
            <w:shd w:val="clear" w:fill="F2F2F2"/>
          </w:tcPr>
          <w:p>
            <w:pPr>
              <w:jc w:val="right"/>
            </w:pPr>
            <w:r>
              <w:rPr>
                <w:b/>
                <w:color w:val="6B7280"/>
                <w:sz w:val="17"/>
                <w:szCs w:val="17"/>
              </w:rPr>
              <w:t>จำนวนเงิน</w:t>
            </w:r>
          </w:p>
        </w:tc>
        <w:tc>
          <w:tcPr>
            <w:tcW w:type="dxa" w:w="1984"/>
            <w:shd w:val="clear" w:fill="F2F2F2"/>
          </w:tcPr>
          <w:p>
            <w:r>
              <w:rPr>
                <w:b/>
                <w:color w:val="6B7280"/>
                <w:sz w:val="17"/>
                <w:szCs w:val="17"/>
              </w:rPr>
              <w:t>หมายเหตุ</w:t>
            </w:r>
          </w:p>
        </w:tc>
      </w:tr>
      <w:tr>
        <w:trPr>
          <w:trHeight w:val="482" w:hRule="atLeast"/>
        </w:trPr>
        <w:tc>
          <w:tcPr>
            <w:tcW w:type="dxa" w:w="1701"/>
          </w:tcPr>
          <w:p>
            <w:pPr>
              <w:spacing w:before="40" w:after="40"/>
            </w:pPr>
            <w:r>
              <w:rPr>
                <w:b w:val="0"/>
                <w:color w:val="111827"/>
                <w:sz w:val="18"/>
                <w:szCs w:val="18"/>
              </w:rPr>
            </w:r>
          </w:p>
        </w:tc>
        <w:tc>
          <w:tcPr>
            <w:tcW w:type="dxa" w:w="4649"/>
          </w:tcPr>
          <w:p>
            <w:pPr>
              <w:spacing w:before="40" w:after="40"/>
            </w:pPr>
            <w:r>
              <w:rPr>
                <w:b w:val="0"/>
                <w:color w:val="111827"/>
                <w:sz w:val="18"/>
                <w:szCs w:val="18"/>
              </w:rPr>
            </w:r>
          </w:p>
        </w:tc>
        <w:tc>
          <w:tcPr>
            <w:tcW w:type="dxa" w:w="1644"/>
          </w:tcPr>
          <w:p>
            <w:pPr>
              <w:spacing w:before="40" w:after="40"/>
            </w:pPr>
            <w:r>
              <w:rPr>
                <w:b w:val="0"/>
                <w:color w:val="111827"/>
                <w:sz w:val="18"/>
                <w:szCs w:val="18"/>
              </w:rPr>
            </w:r>
          </w:p>
        </w:tc>
        <w:tc>
          <w:tcPr>
            <w:tcW w:type="dxa" w:w="1984"/>
          </w:tcPr>
          <w:p>
            <w:pPr>
              <w:spacing w:before="40" w:after="40"/>
            </w:pPr>
            <w:r>
              <w:rPr>
                <w:b w:val="0"/>
                <w:color w:val="111827"/>
                <w:sz w:val="18"/>
                <w:szCs w:val="18"/>
              </w:rPr>
            </w:r>
          </w:p>
        </w:tc>
      </w:tr>
      <w:tr>
        <w:trPr>
          <w:trHeight w:val="482" w:hRule="atLeast"/>
        </w:trPr>
        <w:tc>
          <w:tcPr>
            <w:tcW w:type="dxa" w:w="1701"/>
          </w:tcPr>
          <w:p>
            <w:pPr>
              <w:spacing w:before="40" w:after="40"/>
            </w:pPr>
            <w:r>
              <w:rPr>
                <w:b w:val="0"/>
                <w:color w:val="111827"/>
                <w:sz w:val="18"/>
                <w:szCs w:val="18"/>
              </w:rPr>
            </w:r>
          </w:p>
        </w:tc>
        <w:tc>
          <w:tcPr>
            <w:tcW w:type="dxa" w:w="4649"/>
          </w:tcPr>
          <w:p>
            <w:pPr>
              <w:spacing w:before="40" w:after="40"/>
            </w:pPr>
            <w:r>
              <w:rPr>
                <w:b w:val="0"/>
                <w:color w:val="111827"/>
                <w:sz w:val="18"/>
                <w:szCs w:val="18"/>
              </w:rPr>
            </w:r>
          </w:p>
        </w:tc>
        <w:tc>
          <w:tcPr>
            <w:tcW w:type="dxa" w:w="1644"/>
          </w:tcPr>
          <w:p>
            <w:pPr>
              <w:spacing w:before="40" w:after="40"/>
            </w:pPr>
            <w:r>
              <w:rPr>
                <w:b w:val="0"/>
                <w:color w:val="111827"/>
                <w:sz w:val="18"/>
                <w:szCs w:val="18"/>
              </w:rPr>
            </w:r>
          </w:p>
        </w:tc>
        <w:tc>
          <w:tcPr>
            <w:tcW w:type="dxa" w:w="1984"/>
          </w:tcPr>
          <w:p>
            <w:pPr>
              <w:spacing w:before="40" w:after="40"/>
            </w:pPr>
            <w:r>
              <w:rPr>
                <w:b w:val="0"/>
                <w:color w:val="111827"/>
                <w:sz w:val="18"/>
                <w:szCs w:val="18"/>
              </w:rPr>
            </w:r>
          </w:p>
        </w:tc>
      </w:tr>
      <w:tr>
        <w:trPr>
          <w:trHeight w:val="482" w:hRule="atLeast"/>
        </w:trPr>
        <w:tc>
          <w:tcPr>
            <w:tcW w:type="dxa" w:w="1701"/>
          </w:tcPr>
          <w:p>
            <w:pPr>
              <w:spacing w:before="40" w:after="40"/>
            </w:pPr>
            <w:r>
              <w:rPr>
                <w:b w:val="0"/>
                <w:color w:val="111827"/>
                <w:sz w:val="18"/>
                <w:szCs w:val="18"/>
              </w:rPr>
            </w:r>
          </w:p>
        </w:tc>
        <w:tc>
          <w:tcPr>
            <w:tcW w:type="dxa" w:w="4649"/>
          </w:tcPr>
          <w:p>
            <w:pPr>
              <w:spacing w:before="40" w:after="40"/>
            </w:pPr>
            <w:r>
              <w:rPr>
                <w:b w:val="0"/>
                <w:color w:val="111827"/>
                <w:sz w:val="18"/>
                <w:szCs w:val="18"/>
              </w:rPr>
            </w:r>
          </w:p>
        </w:tc>
        <w:tc>
          <w:tcPr>
            <w:tcW w:type="dxa" w:w="1644"/>
          </w:tcPr>
          <w:p>
            <w:pPr>
              <w:spacing w:before="40" w:after="40"/>
            </w:pPr>
            <w:r>
              <w:rPr>
                <w:b w:val="0"/>
                <w:color w:val="111827"/>
                <w:sz w:val="18"/>
                <w:szCs w:val="18"/>
              </w:rPr>
            </w:r>
          </w:p>
        </w:tc>
        <w:tc>
          <w:tcPr>
            <w:tcW w:type="dxa" w:w="1984"/>
          </w:tcPr>
          <w:p>
            <w:pPr>
              <w:spacing w:before="40" w:after="40"/>
            </w:pPr>
            <w:r>
              <w:rPr>
                <w:b w:val="0"/>
                <w:color w:val="111827"/>
                <w:sz w:val="18"/>
                <w:szCs w:val="18"/>
              </w:rPr>
            </w:r>
          </w:p>
        </w:tc>
      </w:tr>
      <w:tr>
        <w:trPr>
          <w:trHeight w:val="482" w:hRule="atLeast"/>
        </w:trPr>
        <w:tc>
          <w:tcPr>
            <w:tcW w:type="dxa" w:w="1701"/>
          </w:tcPr>
          <w:p>
            <w:pPr>
              <w:spacing w:before="40" w:after="40"/>
            </w:pPr>
            <w:r>
              <w:rPr>
                <w:b w:val="0"/>
                <w:color w:val="111827"/>
                <w:sz w:val="18"/>
                <w:szCs w:val="18"/>
              </w:rPr>
            </w:r>
          </w:p>
        </w:tc>
        <w:tc>
          <w:tcPr>
            <w:tcW w:type="dxa" w:w="4649"/>
          </w:tcPr>
          <w:p>
            <w:pPr>
              <w:spacing w:before="40" w:after="40"/>
            </w:pPr>
            <w:r>
              <w:rPr>
                <w:b w:val="0"/>
                <w:color w:val="111827"/>
                <w:sz w:val="18"/>
                <w:szCs w:val="18"/>
              </w:rPr>
            </w:r>
          </w:p>
        </w:tc>
        <w:tc>
          <w:tcPr>
            <w:tcW w:type="dxa" w:w="1644"/>
          </w:tcPr>
          <w:p>
            <w:pPr>
              <w:spacing w:before="40" w:after="40"/>
            </w:pPr>
            <w:r>
              <w:rPr>
                <w:b w:val="0"/>
                <w:color w:val="111827"/>
                <w:sz w:val="18"/>
                <w:szCs w:val="18"/>
              </w:rPr>
            </w:r>
          </w:p>
        </w:tc>
        <w:tc>
          <w:tcPr>
            <w:tcW w:type="dxa" w:w="1984"/>
          </w:tcPr>
          <w:p>
            <w:pPr>
              <w:spacing w:before="40" w:after="40"/>
            </w:pPr>
            <w:r>
              <w:rPr>
                <w:b w:val="0"/>
                <w:color w:val="111827"/>
                <w:sz w:val="18"/>
                <w:szCs w:val="18"/>
              </w:rPr>
            </w:r>
          </w:p>
        </w:tc>
      </w:tr>
      <w:tr>
        <w:trPr>
          <w:trHeight w:val="482" w:hRule="atLeast"/>
        </w:trPr>
        <w:tc>
          <w:tcPr>
            <w:tcW w:type="dxa" w:w="1701"/>
          </w:tcPr>
          <w:p>
            <w:pPr>
              <w:spacing w:before="40" w:after="40"/>
            </w:pPr>
            <w:r>
              <w:rPr>
                <w:b w:val="0"/>
                <w:color w:val="111827"/>
                <w:sz w:val="18"/>
                <w:szCs w:val="18"/>
              </w:rPr>
            </w:r>
          </w:p>
        </w:tc>
        <w:tc>
          <w:tcPr>
            <w:tcW w:type="dxa" w:w="4649"/>
          </w:tcPr>
          <w:p>
            <w:pPr>
              <w:spacing w:before="40" w:after="40"/>
            </w:pPr>
            <w:r>
              <w:rPr>
                <w:b w:val="0"/>
                <w:color w:val="111827"/>
                <w:sz w:val="18"/>
                <w:szCs w:val="18"/>
              </w:rPr>
            </w:r>
          </w:p>
        </w:tc>
        <w:tc>
          <w:tcPr>
            <w:tcW w:type="dxa" w:w="1644"/>
          </w:tcPr>
          <w:p>
            <w:pPr>
              <w:spacing w:before="40" w:after="40"/>
            </w:pPr>
            <w:r>
              <w:rPr>
                <w:b w:val="0"/>
                <w:color w:val="111827"/>
                <w:sz w:val="18"/>
                <w:szCs w:val="18"/>
              </w:rPr>
            </w:r>
          </w:p>
        </w:tc>
        <w:tc>
          <w:tcPr>
            <w:tcW w:type="dxa" w:w="1984"/>
          </w:tcPr>
          <w:p>
            <w:pPr>
              <w:spacing w:before="40" w:after="40"/>
            </w:pPr>
            <w:r>
              <w:rPr>
                <w:b w:val="0"/>
                <w:color w:val="111827"/>
                <w:sz w:val="18"/>
                <w:szCs w:val="18"/>
              </w:rPr>
            </w:r>
          </w:p>
        </w:tc>
      </w:tr>
      <w:tr>
        <w:trPr>
          <w:trHeight w:val="482" w:hRule="atLeast"/>
        </w:trPr>
        <w:tc>
          <w:tcPr>
            <w:tcW w:type="dxa" w:w="1701"/>
          </w:tcPr>
          <w:p>
            <w:pPr>
              <w:spacing w:before="40" w:after="40"/>
            </w:pPr>
            <w:r>
              <w:rPr>
                <w:b w:val="0"/>
                <w:color w:val="111827"/>
                <w:sz w:val="18"/>
                <w:szCs w:val="18"/>
              </w:rPr>
            </w:r>
          </w:p>
        </w:tc>
        <w:tc>
          <w:tcPr>
            <w:tcW w:type="dxa" w:w="4649"/>
          </w:tcPr>
          <w:p>
            <w:pPr>
              <w:spacing w:before="40" w:after="40"/>
            </w:pPr>
            <w:r>
              <w:rPr>
                <w:b w:val="0"/>
                <w:color w:val="111827"/>
                <w:sz w:val="18"/>
                <w:szCs w:val="18"/>
              </w:rPr>
            </w:r>
          </w:p>
        </w:tc>
        <w:tc>
          <w:tcPr>
            <w:tcW w:type="dxa" w:w="1644"/>
          </w:tcPr>
          <w:p>
            <w:pPr>
              <w:spacing w:before="40" w:after="40"/>
            </w:pPr>
            <w:r>
              <w:rPr>
                <w:b w:val="0"/>
                <w:color w:val="111827"/>
                <w:sz w:val="18"/>
                <w:szCs w:val="18"/>
              </w:rPr>
            </w:r>
          </w:p>
        </w:tc>
        <w:tc>
          <w:tcPr>
            <w:tcW w:type="dxa" w:w="1984"/>
          </w:tcPr>
          <w:p>
            <w:pPr>
              <w:spacing w:before="40" w:after="40"/>
            </w:pPr>
            <w:r>
              <w:rPr>
                <w:b w:val="0"/>
                <w:color w:val="111827"/>
                <w:sz w:val="18"/>
                <w:szCs w:val="18"/>
              </w:rPr>
            </w:r>
          </w:p>
        </w:tc>
      </w:tr>
      <w:tr>
        <w:trPr>
          <w:trHeight w:val="482" w:hRule="atLeast"/>
        </w:trPr>
        <w:tc>
          <w:tcPr>
            <w:tcW w:type="dxa" w:w="1701"/>
          </w:tcPr>
          <w:p>
            <w:pPr>
              <w:spacing w:before="40" w:after="40"/>
            </w:pPr>
            <w:r>
              <w:rPr>
                <w:b w:val="0"/>
                <w:color w:val="111827"/>
                <w:sz w:val="18"/>
                <w:szCs w:val="18"/>
              </w:rPr>
            </w:r>
          </w:p>
        </w:tc>
        <w:tc>
          <w:tcPr>
            <w:tcW w:type="dxa" w:w="4649"/>
          </w:tcPr>
          <w:p>
            <w:pPr>
              <w:spacing w:before="40" w:after="40"/>
            </w:pPr>
            <w:r>
              <w:rPr>
                <w:b w:val="0"/>
                <w:color w:val="111827"/>
                <w:sz w:val="18"/>
                <w:szCs w:val="18"/>
              </w:rPr>
            </w:r>
          </w:p>
        </w:tc>
        <w:tc>
          <w:tcPr>
            <w:tcW w:type="dxa" w:w="1644"/>
          </w:tcPr>
          <w:p>
            <w:pPr>
              <w:spacing w:before="40" w:after="40"/>
            </w:pPr>
            <w:r>
              <w:rPr>
                <w:b w:val="0"/>
                <w:color w:val="111827"/>
                <w:sz w:val="18"/>
                <w:szCs w:val="18"/>
              </w:rPr>
            </w:r>
          </w:p>
        </w:tc>
        <w:tc>
          <w:tcPr>
            <w:tcW w:type="dxa" w:w="1984"/>
          </w:tcPr>
          <w:p>
            <w:pPr>
              <w:spacing w:before="40" w:after="40"/>
            </w:pPr>
            <w:r>
              <w:rPr>
                <w:b w:val="0"/>
                <w:color w:val="111827"/>
                <w:sz w:val="18"/>
                <w:szCs w:val="18"/>
              </w:rPr>
            </w:r>
          </w:p>
        </w:tc>
      </w:tr>
      <w:tr>
        <w:trPr>
          <w:trHeight w:val="482" w:hRule="atLeast"/>
        </w:trPr>
        <w:tc>
          <w:tcPr>
            <w:tcW w:type="dxa" w:w="1701"/>
          </w:tcPr>
          <w:p>
            <w:pPr>
              <w:spacing w:before="40" w:after="40"/>
            </w:pPr>
            <w:r>
              <w:rPr>
                <w:b w:val="0"/>
                <w:color w:val="111827"/>
                <w:sz w:val="18"/>
                <w:szCs w:val="18"/>
              </w:rPr>
            </w:r>
          </w:p>
        </w:tc>
        <w:tc>
          <w:tcPr>
            <w:tcW w:type="dxa" w:w="4649"/>
          </w:tcPr>
          <w:p>
            <w:pPr>
              <w:spacing w:before="40" w:after="40"/>
            </w:pPr>
            <w:r>
              <w:rPr>
                <w:b w:val="0"/>
                <w:color w:val="111827"/>
                <w:sz w:val="18"/>
                <w:szCs w:val="18"/>
              </w:rPr>
            </w:r>
          </w:p>
        </w:tc>
        <w:tc>
          <w:tcPr>
            <w:tcW w:type="dxa" w:w="1644"/>
          </w:tcPr>
          <w:p>
            <w:pPr>
              <w:spacing w:before="40" w:after="40"/>
            </w:pPr>
            <w:r>
              <w:rPr>
                <w:b w:val="0"/>
                <w:color w:val="111827"/>
                <w:sz w:val="18"/>
                <w:szCs w:val="18"/>
              </w:rPr>
            </w:r>
          </w:p>
        </w:tc>
        <w:tc>
          <w:tcPr>
            <w:tcW w:type="dxa" w:w="1984"/>
          </w:tcPr>
          <w:p>
            <w:pPr>
              <w:spacing w:before="40" w:after="40"/>
            </w:pPr>
            <w:r>
              <w:rPr>
                <w:b w:val="0"/>
                <w:color w:val="111827"/>
                <w:sz w:val="18"/>
                <w:szCs w:val="18"/>
              </w:rPr>
            </w:r>
          </w:p>
        </w:tc>
      </w:tr>
      <w:tr>
        <w:trPr>
          <w:trHeight w:val="482" w:hRule="atLeast"/>
        </w:trPr>
        <w:tc>
          <w:tcPr>
            <w:tcW w:type="dxa" w:w="1701"/>
          </w:tcPr>
          <w:p>
            <w:pPr>
              <w:spacing w:before="40" w:after="40"/>
            </w:pPr>
            <w:r>
              <w:rPr>
                <w:b w:val="0"/>
                <w:color w:val="111827"/>
                <w:sz w:val="18"/>
                <w:szCs w:val="18"/>
              </w:rPr>
            </w:r>
          </w:p>
        </w:tc>
        <w:tc>
          <w:tcPr>
            <w:tcW w:type="dxa" w:w="4649"/>
          </w:tcPr>
          <w:p>
            <w:pPr>
              <w:spacing w:before="40" w:after="40"/>
            </w:pPr>
            <w:r>
              <w:rPr>
                <w:b w:val="0"/>
                <w:color w:val="111827"/>
                <w:sz w:val="18"/>
                <w:szCs w:val="18"/>
              </w:rPr>
            </w:r>
          </w:p>
        </w:tc>
        <w:tc>
          <w:tcPr>
            <w:tcW w:type="dxa" w:w="1644"/>
          </w:tcPr>
          <w:p>
            <w:pPr>
              <w:spacing w:before="40" w:after="40"/>
            </w:pPr>
            <w:r>
              <w:rPr>
                <w:b w:val="0"/>
                <w:color w:val="111827"/>
                <w:sz w:val="18"/>
                <w:szCs w:val="18"/>
              </w:rPr>
            </w:r>
          </w:p>
        </w:tc>
        <w:tc>
          <w:tcPr>
            <w:tcW w:type="dxa" w:w="1984"/>
          </w:tcPr>
          <w:p>
            <w:pPr>
              <w:spacing w:before="40" w:after="40"/>
            </w:pPr>
            <w:r>
              <w:rPr>
                <w:b w:val="0"/>
                <w:color w:val="111827"/>
                <w:sz w:val="18"/>
                <w:szCs w:val="18"/>
              </w:rPr>
            </w:r>
          </w:p>
        </w:tc>
      </w:tr>
      <w:tr>
        <w:trPr>
          <w:trHeight w:val="482" w:hRule="atLeast"/>
        </w:trPr>
        <w:tc>
          <w:tcPr>
            <w:tcW w:type="dxa" w:w="1701"/>
          </w:tcPr>
          <w:p>
            <w:pPr>
              <w:spacing w:before="40" w:after="40"/>
            </w:pPr>
            <w:r>
              <w:rPr>
                <w:b w:val="0"/>
                <w:color w:val="111827"/>
                <w:sz w:val="18"/>
                <w:szCs w:val="18"/>
              </w:rPr>
            </w:r>
          </w:p>
        </w:tc>
        <w:tc>
          <w:tcPr>
            <w:tcW w:type="dxa" w:w="4649"/>
          </w:tcPr>
          <w:p>
            <w:pPr>
              <w:spacing w:before="40" w:after="40"/>
            </w:pPr>
            <w:r>
              <w:rPr>
                <w:b w:val="0"/>
                <w:color w:val="111827"/>
                <w:sz w:val="18"/>
                <w:szCs w:val="18"/>
              </w:rPr>
            </w:r>
          </w:p>
        </w:tc>
        <w:tc>
          <w:tcPr>
            <w:tcW w:type="dxa" w:w="1644"/>
          </w:tcPr>
          <w:p>
            <w:pPr>
              <w:spacing w:before="40" w:after="40"/>
            </w:pPr>
            <w:r>
              <w:rPr>
                <w:b w:val="0"/>
                <w:color w:val="111827"/>
                <w:sz w:val="18"/>
                <w:szCs w:val="18"/>
              </w:rPr>
            </w:r>
          </w:p>
        </w:tc>
        <w:tc>
          <w:tcPr>
            <w:tcW w:type="dxa" w:w="1984"/>
          </w:tcPr>
          <w:p>
            <w:pPr>
              <w:spacing w:before="40" w:after="40"/>
            </w:pPr>
            <w:r>
              <w:rPr>
                <w:b w:val="0"/>
                <w:color w:val="111827"/>
                <w:sz w:val="18"/>
                <w:szCs w:val="18"/>
              </w:rPr>
            </w:r>
          </w:p>
        </w:tc>
      </w:tr>
      <w:tr>
        <w:trPr>
          <w:trHeight w:val="482" w:hRule="atLeast"/>
        </w:trPr>
        <w:tc>
          <w:tcPr>
            <w:tcW w:type="dxa" w:w="1701"/>
          </w:tcPr>
          <w:p>
            <w:pPr>
              <w:spacing w:before="40" w:after="40"/>
            </w:pPr>
            <w:r>
              <w:rPr>
                <w:b w:val="0"/>
                <w:color w:val="111827"/>
                <w:sz w:val="18"/>
                <w:szCs w:val="18"/>
              </w:rPr>
            </w:r>
          </w:p>
        </w:tc>
        <w:tc>
          <w:tcPr>
            <w:tcW w:type="dxa" w:w="4649"/>
          </w:tcPr>
          <w:p>
            <w:pPr>
              <w:spacing w:before="40" w:after="40"/>
            </w:pPr>
            <w:r>
              <w:rPr>
                <w:b w:val="0"/>
                <w:color w:val="111827"/>
                <w:sz w:val="18"/>
                <w:szCs w:val="18"/>
              </w:rPr>
            </w:r>
          </w:p>
        </w:tc>
        <w:tc>
          <w:tcPr>
            <w:tcW w:type="dxa" w:w="1644"/>
          </w:tcPr>
          <w:p>
            <w:pPr>
              <w:spacing w:before="40" w:after="40"/>
            </w:pPr>
            <w:r>
              <w:rPr>
                <w:b w:val="0"/>
                <w:color w:val="111827"/>
                <w:sz w:val="18"/>
                <w:szCs w:val="18"/>
              </w:rPr>
            </w:r>
          </w:p>
        </w:tc>
        <w:tc>
          <w:tcPr>
            <w:tcW w:type="dxa" w:w="1984"/>
          </w:tcPr>
          <w:p>
            <w:pPr>
              <w:spacing w:before="40" w:after="40"/>
            </w:pPr>
            <w:r>
              <w:rPr>
                <w:b w:val="0"/>
                <w:color w:val="111827"/>
                <w:sz w:val="18"/>
                <w:szCs w:val="18"/>
              </w:rPr>
            </w:r>
          </w:p>
        </w:tc>
      </w:tr>
      <w:tr>
        <w:trPr>
          <w:trHeight w:val="482" w:hRule="atLeast"/>
        </w:trPr>
        <w:tc>
          <w:tcPr>
            <w:tcW w:type="dxa" w:w="1701"/>
          </w:tcPr>
          <w:p>
            <w:pPr>
              <w:spacing w:before="40" w:after="40"/>
            </w:pPr>
            <w:r>
              <w:rPr>
                <w:b w:val="0"/>
                <w:color w:val="111827"/>
                <w:sz w:val="18"/>
                <w:szCs w:val="18"/>
              </w:rPr>
            </w:r>
          </w:p>
        </w:tc>
        <w:tc>
          <w:tcPr>
            <w:tcW w:type="dxa" w:w="4649"/>
          </w:tcPr>
          <w:p>
            <w:pPr>
              <w:spacing w:before="40" w:after="40"/>
            </w:pPr>
            <w:r>
              <w:rPr>
                <w:b w:val="0"/>
                <w:color w:val="111827"/>
                <w:sz w:val="18"/>
                <w:szCs w:val="18"/>
              </w:rPr>
            </w:r>
          </w:p>
        </w:tc>
        <w:tc>
          <w:tcPr>
            <w:tcW w:type="dxa" w:w="1644"/>
          </w:tcPr>
          <w:p>
            <w:pPr>
              <w:spacing w:before="40" w:after="40"/>
            </w:pPr>
            <w:r>
              <w:rPr>
                <w:b w:val="0"/>
                <w:color w:val="111827"/>
                <w:sz w:val="18"/>
                <w:szCs w:val="18"/>
              </w:rPr>
            </w:r>
          </w:p>
        </w:tc>
        <w:tc>
          <w:tcPr>
            <w:tcW w:type="dxa" w:w="1984"/>
          </w:tcPr>
          <w:p>
            <w:pPr>
              <w:spacing w:before="40" w:after="40"/>
            </w:pPr>
            <w:r>
              <w:rPr>
                <w:b w:val="0"/>
                <w:color w:val="111827"/>
                <w:sz w:val="18"/>
                <w:szCs w:val="18"/>
              </w:rPr>
            </w:r>
          </w:p>
        </w:tc>
      </w:tr>
      <w:tr>
        <w:tc>
          <w:tcPr>
            <w:tcW w:type="dxa" w:w="4649"/>
            <w:gridSpan w:val="2"/>
            <w:shd w:val="clear" w:fill="F2F2F2"/>
            <w:shd w:val="clear" w:fill="F2F2F2"/>
          </w:tcPr>
          <w:p>
            <w:pPr>
              <w:jc w:val="right"/>
            </w:pPr>
            <w:r>
              <w:rPr>
                <w:b/>
                <w:color w:val="111827"/>
                <w:sz w:val="18"/>
                <w:szCs w:val="18"/>
              </w:rPr>
              <w:t>รวมทั้งสิ้น</w:t>
            </w:r>
          </w:p>
        </w:tc>
        <w:tc>
          <w:tcPr>
            <w:tcW w:type="dxa" w:w="1644"/>
            <w:shd w:val="clear" w:fill="F2F2F2"/>
          </w:tcPr>
          <w:p/>
        </w:tc>
        <w:tc>
          <w:tcPr>
            <w:tcW w:type="dxa" w:w="1984"/>
            <w:shd w:val="clear" w:fill="F2F2F2"/>
          </w:tcPr>
          <w:p/>
        </w:tc>
      </w:tr>
    </w:tbl>
    <w:p>
      <w:pPr>
        <w:spacing w:before="120"/>
      </w:pPr>
      <w:r>
        <w:rPr>
          <w:b w:val="0"/>
          <w:color w:val="6B7280"/>
          <w:sz w:val="18"/>
          <w:szCs w:val="18"/>
        </w:rPr>
        <w:t xml:space="preserve">รวมทั้งสิ้น (ตัวอักษร)  </w:t>
      </w:r>
      <w:r>
        <w:rPr>
          <w:b w:val="0"/>
          <w:color w:val="9CA3AF"/>
          <w:sz w:val="18"/>
          <w:szCs w:val="18"/>
        </w:rPr>
        <w:t>.......................................................</w:t>
      </w:r>
    </w:p>
    <w:p>
      <w:pPr>
        <w:spacing w:before="160"/>
      </w:pPr>
      <w:r>
        <w:rPr>
          <w:b w:val="0"/>
          <w:color w:val="6B7280"/>
          <w:sz w:val="18"/>
          <w:szCs w:val="18"/>
        </w:rPr>
        <w:t xml:space="preserve">ข้าพเจ้า  </w:t>
      </w:r>
      <w:r>
        <w:rPr>
          <w:b w:val="0"/>
          <w:color w:val="9CA3AF"/>
          <w:sz w:val="18"/>
          <w:szCs w:val="18"/>
        </w:rPr>
        <w:t>..................................</w:t>
      </w:r>
      <w:r>
        <w:rPr>
          <w:b w:val="0"/>
          <w:color w:val="6B7280"/>
          <w:sz w:val="16"/>
          <w:szCs w:val="16"/>
        </w:rPr>
        <w:t xml:space="preserve">  (ผู้เบิกจ่าย)   ตำแหน่ง  </w:t>
      </w:r>
      <w:r>
        <w:rPr>
          <w:b w:val="0"/>
          <w:color w:val="9CA3AF"/>
          <w:sz w:val="18"/>
          <w:szCs w:val="18"/>
        </w:rPr>
        <w:t>......................</w:t>
      </w:r>
    </w:p>
    <w:p>
      <w:r>
        <w:rPr>
          <w:b w:val="0"/>
          <w:color w:val="111827"/>
          <w:sz w:val="18"/>
          <w:szCs w:val="18"/>
        </w:rPr>
        <w:t>ขอรับรองว่า รายจ่ายข้างต้นนี้ไม่อาจเรียกเก็บใบเสร็จรับเงินจากผู้รับได้ และข้าพเจ้าได้จ่ายไปในงานของทางบริษัท / ห้างหุ้นส่วนจำกัด โดยแท้</w:t>
      </w:r>
    </w:p>
    <w:p>
      <w:r>
        <w:rPr>
          <w:b w:val="0"/>
          <w:color w:val="6B7280"/>
          <w:sz w:val="18"/>
          <w:szCs w:val="18"/>
        </w:rPr>
        <w:t xml:space="preserve">ตั้งแต่วันที่  </w:t>
      </w:r>
      <w:r>
        <w:rPr>
          <w:b w:val="0"/>
          <w:color w:val="9CA3AF"/>
          <w:sz w:val="18"/>
          <w:szCs w:val="18"/>
        </w:rPr>
        <w:t>........................</w:t>
      </w:r>
      <w:r>
        <w:rPr>
          <w:b w:val="0"/>
          <w:color w:val="6B7280"/>
          <w:sz w:val="18"/>
          <w:szCs w:val="18"/>
        </w:rPr>
        <w:t xml:space="preserve">  ถึงวันที่  </w:t>
      </w:r>
      <w:r>
        <w:rPr>
          <w:b w:val="0"/>
          <w:color w:val="9CA3AF"/>
          <w:sz w:val="18"/>
          <w:szCs w:val="18"/>
        </w:rPr>
        <w:t>........................</w:t>
      </w:r>
    </w:p>
    <w:p>
      <w:r>
        <w:rPr>
          <w:b w:val="0"/>
          <w:color w:val="6B7280"/>
          <w:sz w:val="14"/>
          <w:szCs w:val="14"/>
        </w:rPr>
        <w:t>ขีดฆ่าข้อความที่ไม่ใช้</w:t>
      </w:r>
    </w:p>
    <w:p/>
    <w:tbl>
      <w:tblPr>
        <w:tblW w:type="auto" w:w="0"/>
        <w:tblLook w:firstColumn="1" w:firstRow="1" w:lastColumn="0" w:lastRow="0" w:noHBand="0" w:noVBand="1" w:val="04A0"/>
        <w:tblBorders>
          <w:top w:val="none" w:sz="0"/>
          <w:left w:val="none" w:sz="0"/>
          <w:bottom w:val="none" w:sz="0"/>
          <w:right w:val="none" w:sz="0"/>
          <w:insideH w:val="none" w:sz="0"/>
          <w:insideV w:val="none" w:sz="0"/>
        </w:tblBorders>
      </w:tblPr>
      <w:tblGrid>
        <w:gridCol w:w="4989"/>
        <w:gridCol w:w="4989"/>
      </w:tblGrid>
      <w:tr>
        <w:tc>
          <w:tcPr>
            <w:tcW w:type="dxa" w:w="4706"/>
          </w:tcPr>
          <w:p>
            <w:pPr>
              <w:jc w:val="center"/>
            </w:pPr>
            <w:r>
              <w:rPr>
                <w:b w:val="0"/>
                <w:color w:val="9CA3AF"/>
                <w:sz w:val="17"/>
                <w:szCs w:val="17"/>
              </w:rPr>
              <w:t>..............................</w:t>
            </w:r>
          </w:p>
          <w:p>
            <w:pPr>
              <w:jc w:val="center"/>
            </w:pPr>
            <w:r>
              <w:rPr>
                <w:b w:val="0"/>
                <w:color w:val="9CA3AF"/>
                <w:sz w:val="17"/>
                <w:szCs w:val="17"/>
              </w:rPr>
              <w:t>(                              )</w:t>
            </w:r>
          </w:p>
          <w:p>
            <w:pPr>
              <w:jc w:val="center"/>
            </w:pPr>
            <w:r>
              <w:rPr>
                <w:b w:val="0"/>
                <w:color w:val="111827"/>
                <w:sz w:val="17"/>
                <w:szCs w:val="17"/>
              </w:rPr>
              <w:t>ลงชื่อ ผู้เบิกจ่าย</w:t>
            </w:r>
          </w:p>
        </w:tc>
        <w:tc>
          <w:tcPr>
            <w:tcW w:type="dxa" w:w="4706"/>
          </w:tcPr>
          <w:p>
            <w:pPr>
              <w:jc w:val="center"/>
            </w:pPr>
            <w:r>
              <w:rPr>
                <w:b w:val="0"/>
                <w:color w:val="9CA3AF"/>
                <w:sz w:val="17"/>
                <w:szCs w:val="17"/>
              </w:rPr>
              <w:t>..............................</w:t>
            </w:r>
          </w:p>
          <w:p>
            <w:pPr>
              <w:jc w:val="center"/>
            </w:pPr>
            <w:r>
              <w:rPr>
                <w:b w:val="0"/>
                <w:color w:val="9CA3AF"/>
                <w:sz w:val="17"/>
                <w:szCs w:val="17"/>
              </w:rPr>
              <w:t>(                              )</w:t>
            </w:r>
          </w:p>
          <w:p>
            <w:pPr>
              <w:jc w:val="center"/>
            </w:pPr>
            <w:r>
              <w:rPr>
                <w:b w:val="0"/>
                <w:color w:val="111827"/>
                <w:sz w:val="17"/>
                <w:szCs w:val="17"/>
              </w:rPr>
              <w:t>ลงชื่อ ผู้อนุมัติ</w:t>
            </w:r>
          </w:p>
        </w:tc>
      </w:tr>
    </w:tbl>
    <w:p>
      <w:pPr>
        <w:spacing w:before="200"/>
      </w:pPr>
      <w:r>
        <w:rPr>
          <w:b w:val="0"/>
          <w:color w:val="6B7280"/>
          <w:sz w:val="15"/>
          <w:szCs w:val="15"/>
        </w:rPr>
        <w:t>ใช้กับรายจ่ายเบ็ดเตล็ดที่เรียกใบเสร็จจากผู้รับเงินไม่ได้เท่านั้น ควรแนบหลักฐานการจ่ายเงิน เช่น สลิปโอนเงิน ไว้กับเอกสารฉบับนี้ ถ้าผู้รับเงินยอมลงลายมือชื่อ ให้ใช้ใบสำคัญรับเงินแทน</w:t>
      </w:r>
    </w:p>
    <w:p>
      <w:r>
        <w:rPr>
          <w:b w:val="0"/>
          <w:color w:val="6B7280"/>
          <w:sz w:val="14"/>
          <w:szCs w:val="14"/>
        </w:rPr>
        <w:t>แบบฟอร์มตามคู่มือกรมสรรพากร หัวข้อ 2.1.3   จัดทำโดย Simple Balance simplebalance.co.th</w:t>
      </w:r>
    </w:p>
    <w:sectPr w:rsidR="00FC693F" w:rsidRPr="0006063C" w:rsidSect="00034616">
      <w:pgSz w:w="11906" w:h="16838"/>
      <w:pgMar w:top="850" w:right="964" w:bottom="850" w:left="9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/>
    </w:pPr>
    <w:rPr>
      <w:rFonts w:ascii="Tahoma" w:hAnsi="Tahoma" w:cs="Tahoma" w:eastAsia="Tahoma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